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791C1" w14:textId="77777777" w:rsidR="00252E5E" w:rsidRPr="00A22248" w:rsidRDefault="00000000">
      <w:pPr>
        <w:pStyle w:val="Title"/>
        <w:jc w:val="center"/>
        <w:rPr>
          <w:rFonts w:ascii="Arial" w:hAnsi="Arial" w:cs="Arial"/>
        </w:rPr>
      </w:pPr>
      <w:r w:rsidRPr="00A22248">
        <w:rPr>
          <w:rFonts w:ascii="Arial" w:hAnsi="Arial" w:cs="Arial"/>
        </w:rPr>
        <w:t>Application Form</w:t>
      </w:r>
    </w:p>
    <w:p w14:paraId="181F1D94" w14:textId="77777777" w:rsidR="00252E5E" w:rsidRPr="00A22248" w:rsidRDefault="00000000">
      <w:pPr>
        <w:pStyle w:val="Heading1"/>
        <w:rPr>
          <w:rFonts w:ascii="Arial" w:hAnsi="Arial" w:cs="Arial"/>
        </w:rPr>
      </w:pPr>
      <w:r w:rsidRPr="00A22248">
        <w:rPr>
          <w:rFonts w:ascii="Arial" w:hAnsi="Arial" w:cs="Arial"/>
        </w:rPr>
        <w:t>Applicant guidance</w:t>
      </w:r>
    </w:p>
    <w:p w14:paraId="7CBE77BA" w14:textId="77777777" w:rsidR="00252E5E" w:rsidRPr="00A22248" w:rsidRDefault="00000000">
      <w:pPr>
        <w:pStyle w:val="ListBullet"/>
        <w:rPr>
          <w:rFonts w:ascii="Arial" w:hAnsi="Arial" w:cs="Arial"/>
        </w:rPr>
      </w:pPr>
      <w:r w:rsidRPr="00A22248">
        <w:rPr>
          <w:rFonts w:ascii="Arial" w:hAnsi="Arial" w:cs="Arial"/>
        </w:rPr>
        <w:t>Please complete this form in full. You may continue on a separate sheet if needed.</w:t>
      </w:r>
    </w:p>
    <w:p w14:paraId="320406EB" w14:textId="77777777" w:rsidR="00252E5E" w:rsidRPr="00A22248" w:rsidRDefault="00000000">
      <w:pPr>
        <w:pStyle w:val="ListBullet"/>
        <w:rPr>
          <w:rFonts w:ascii="Arial" w:hAnsi="Arial" w:cs="Arial"/>
        </w:rPr>
      </w:pPr>
      <w:r w:rsidRPr="00A22248">
        <w:rPr>
          <w:rFonts w:ascii="Arial" w:hAnsi="Arial" w:cs="Arial"/>
        </w:rPr>
        <w:t>Please address the criteria in the job description and person specification in your supporting statement.</w:t>
      </w:r>
    </w:p>
    <w:p w14:paraId="5F8A3205" w14:textId="77777777" w:rsidR="00252E5E" w:rsidRPr="00A22248" w:rsidRDefault="00000000">
      <w:pPr>
        <w:pStyle w:val="ListBullet"/>
        <w:rPr>
          <w:rFonts w:ascii="Arial" w:hAnsi="Arial" w:cs="Arial"/>
        </w:rPr>
      </w:pPr>
      <w:r w:rsidRPr="00A22248">
        <w:rPr>
          <w:rFonts w:ascii="Arial" w:hAnsi="Arial" w:cs="Arial"/>
        </w:rPr>
        <w:t>Please do not send a CV or references unless the recruitment pack specifically asks for them.</w:t>
      </w:r>
    </w:p>
    <w:p w14:paraId="53ADE30D" w14:textId="31AC5971" w:rsidR="00252E5E" w:rsidRPr="00A22248" w:rsidRDefault="00000000">
      <w:pPr>
        <w:pStyle w:val="ListBullet"/>
        <w:rPr>
          <w:rFonts w:ascii="Arial" w:hAnsi="Arial" w:cs="Arial"/>
        </w:rPr>
      </w:pPr>
      <w:r w:rsidRPr="00A22248">
        <w:rPr>
          <w:rFonts w:ascii="Arial" w:hAnsi="Arial" w:cs="Arial"/>
        </w:rPr>
        <w:t xml:space="preserve">If you need the form in another </w:t>
      </w:r>
      <w:proofErr w:type="gramStart"/>
      <w:r w:rsidRPr="00A22248">
        <w:rPr>
          <w:rFonts w:ascii="Arial" w:hAnsi="Arial" w:cs="Arial"/>
        </w:rPr>
        <w:t>format, or</w:t>
      </w:r>
      <w:proofErr w:type="gramEnd"/>
      <w:r w:rsidRPr="00A22248">
        <w:rPr>
          <w:rFonts w:ascii="Arial" w:hAnsi="Arial" w:cs="Arial"/>
        </w:rPr>
        <w:t xml:space="preserve"> need reasonable adjustments for any stage of the process, please contact </w:t>
      </w:r>
      <w:r w:rsidR="00A22248">
        <w:rPr>
          <w:rFonts w:ascii="Arial" w:hAnsi="Arial" w:cs="Arial"/>
        </w:rPr>
        <w:t>us</w:t>
      </w:r>
      <w:r w:rsidRPr="00A22248">
        <w:rPr>
          <w:rFonts w:ascii="Arial" w:hAnsi="Arial" w:cs="Arial"/>
        </w:rPr>
        <w:t xml:space="preserve"> at </w:t>
      </w:r>
      <w:hyperlink r:id="rId8" w:history="1">
        <w:r w:rsidR="00A22248" w:rsidRPr="002B3976">
          <w:rPr>
            <w:rStyle w:val="Hyperlink"/>
            <w:rFonts w:ascii="Arial" w:hAnsi="Arial" w:cs="Arial"/>
          </w:rPr>
          <w:t>admin@northernlearningtrust.org.uk</w:t>
        </w:r>
      </w:hyperlink>
      <w:r w:rsidR="00A22248">
        <w:rPr>
          <w:rFonts w:ascii="Arial" w:hAnsi="Arial" w:cs="Arial"/>
        </w:rPr>
        <w:t xml:space="preserve"> </w:t>
      </w:r>
      <w:r w:rsidRPr="00A22248">
        <w:rPr>
          <w:rFonts w:ascii="Arial" w:hAnsi="Arial" w:cs="Arial"/>
        </w:rPr>
        <w:t>.</w:t>
      </w:r>
    </w:p>
    <w:p w14:paraId="50EC3F84" w14:textId="6B8BB03D" w:rsidR="00252E5E" w:rsidRPr="00A22248" w:rsidRDefault="00000000">
      <w:pPr>
        <w:pStyle w:val="ListBullet"/>
        <w:rPr>
          <w:rFonts w:ascii="Arial" w:hAnsi="Arial" w:cs="Arial"/>
        </w:rPr>
      </w:pPr>
      <w:r w:rsidRPr="00A22248">
        <w:rPr>
          <w:rFonts w:ascii="Arial" w:hAnsi="Arial" w:cs="Arial"/>
        </w:rPr>
        <w:t>Your information will be handled in line with the Job Applicant Privacy Notice supplied with this pack.</w:t>
      </w:r>
    </w:p>
    <w:p w14:paraId="124D83F9" w14:textId="77777777" w:rsidR="00252E5E" w:rsidRPr="00A22248" w:rsidRDefault="00000000">
      <w:pPr>
        <w:pStyle w:val="Heading1"/>
        <w:rPr>
          <w:rFonts w:ascii="Arial" w:hAnsi="Arial" w:cs="Arial"/>
        </w:rPr>
      </w:pPr>
      <w:r w:rsidRPr="00A22248">
        <w:rPr>
          <w:rFonts w:ascii="Arial" w:hAnsi="Arial" w:cs="Arial"/>
        </w:rPr>
        <w:t>Section A — Role and contact details</w:t>
      </w:r>
    </w:p>
    <w:tbl>
      <w:tblPr>
        <w:tblW w:w="0" w:type="auto"/>
        <w:tblLook w:val="04A0" w:firstRow="1" w:lastRow="0" w:firstColumn="1" w:lastColumn="0" w:noHBand="0" w:noVBand="1"/>
      </w:tblPr>
      <w:tblGrid>
        <w:gridCol w:w="3022"/>
        <w:gridCol w:w="7192"/>
      </w:tblGrid>
      <w:tr w:rsidR="00252E5E" w:rsidRPr="00A22248" w14:paraId="1478F956"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2CC92D7" w14:textId="77777777" w:rsidR="00252E5E" w:rsidRPr="00A22248" w:rsidRDefault="00000000">
            <w:pPr>
              <w:rPr>
                <w:rFonts w:ascii="Arial" w:hAnsi="Arial" w:cs="Arial"/>
              </w:rPr>
            </w:pPr>
            <w:r w:rsidRPr="00A22248">
              <w:rPr>
                <w:rFonts w:ascii="Arial" w:hAnsi="Arial" w:cs="Arial"/>
                <w:b/>
              </w:rPr>
              <w:t>Post applied for</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D2A2277" w14:textId="67AAB66E" w:rsidR="00A22248" w:rsidRPr="00A22248" w:rsidRDefault="00A22248">
            <w:pPr>
              <w:rPr>
                <w:rFonts w:ascii="Arial" w:hAnsi="Arial" w:cs="Arial"/>
              </w:rPr>
            </w:pPr>
          </w:p>
        </w:tc>
      </w:tr>
      <w:tr w:rsidR="00252E5E" w:rsidRPr="00A22248" w14:paraId="68DCAE5F"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00022460" w14:textId="77777777" w:rsidR="00252E5E" w:rsidRPr="00A22248" w:rsidRDefault="00000000">
            <w:pPr>
              <w:rPr>
                <w:rFonts w:ascii="Arial" w:hAnsi="Arial" w:cs="Arial"/>
              </w:rPr>
            </w:pPr>
            <w:r w:rsidRPr="00A22248">
              <w:rPr>
                <w:rFonts w:ascii="Arial" w:hAnsi="Arial" w:cs="Arial"/>
                <w:b/>
              </w:rPr>
              <w:t>Reference number (if applicable)</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6D3A18F7" w14:textId="77777777" w:rsidR="00252E5E" w:rsidRPr="00A22248" w:rsidRDefault="00252E5E">
            <w:pPr>
              <w:rPr>
                <w:rFonts w:ascii="Arial" w:hAnsi="Arial" w:cs="Arial"/>
              </w:rPr>
            </w:pPr>
          </w:p>
        </w:tc>
      </w:tr>
      <w:tr w:rsidR="00252E5E" w:rsidRPr="00A22248" w14:paraId="3980DA62"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751A56D6" w14:textId="77777777" w:rsidR="00252E5E" w:rsidRPr="00A22248" w:rsidRDefault="00000000">
            <w:pPr>
              <w:rPr>
                <w:rFonts w:ascii="Arial" w:hAnsi="Arial" w:cs="Arial"/>
              </w:rPr>
            </w:pPr>
            <w:r w:rsidRPr="00A22248">
              <w:rPr>
                <w:rFonts w:ascii="Arial" w:hAnsi="Arial" w:cs="Arial"/>
                <w:b/>
              </w:rPr>
              <w:t>Closing date</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E825844" w14:textId="77777777" w:rsidR="00252E5E" w:rsidRPr="00A22248" w:rsidRDefault="00252E5E">
            <w:pPr>
              <w:rPr>
                <w:rFonts w:ascii="Arial" w:hAnsi="Arial" w:cs="Arial"/>
              </w:rPr>
            </w:pPr>
          </w:p>
        </w:tc>
      </w:tr>
      <w:tr w:rsidR="00252E5E" w:rsidRPr="00A22248" w14:paraId="7477F3A1"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1F46A57D" w14:textId="77777777" w:rsidR="00252E5E" w:rsidRPr="00A22248" w:rsidRDefault="00000000">
            <w:pPr>
              <w:rPr>
                <w:rFonts w:ascii="Arial" w:hAnsi="Arial" w:cs="Arial"/>
              </w:rPr>
            </w:pPr>
            <w:r w:rsidRPr="00A22248">
              <w:rPr>
                <w:rFonts w:ascii="Arial" w:hAnsi="Arial" w:cs="Arial"/>
                <w:b/>
              </w:rPr>
              <w:t>Full name</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447759D" w14:textId="77777777" w:rsidR="00252E5E" w:rsidRPr="00A22248" w:rsidRDefault="00252E5E">
            <w:pPr>
              <w:rPr>
                <w:rFonts w:ascii="Arial" w:hAnsi="Arial" w:cs="Arial"/>
              </w:rPr>
            </w:pPr>
          </w:p>
        </w:tc>
      </w:tr>
      <w:tr w:rsidR="00252E5E" w:rsidRPr="00A22248" w14:paraId="7E44C4E6"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38CA6166" w14:textId="77777777" w:rsidR="00252E5E" w:rsidRPr="00A22248" w:rsidRDefault="00000000">
            <w:pPr>
              <w:rPr>
                <w:rFonts w:ascii="Arial" w:hAnsi="Arial" w:cs="Arial"/>
              </w:rPr>
            </w:pPr>
            <w:r w:rsidRPr="00A22248">
              <w:rPr>
                <w:rFonts w:ascii="Arial" w:hAnsi="Arial" w:cs="Arial"/>
                <w:b/>
              </w:rPr>
              <w:t>Preferred name (optional)</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7074DE9" w14:textId="77777777" w:rsidR="00252E5E" w:rsidRPr="00A22248" w:rsidRDefault="00252E5E">
            <w:pPr>
              <w:rPr>
                <w:rFonts w:ascii="Arial" w:hAnsi="Arial" w:cs="Arial"/>
              </w:rPr>
            </w:pPr>
          </w:p>
        </w:tc>
      </w:tr>
      <w:tr w:rsidR="00252E5E" w:rsidRPr="00A22248" w14:paraId="4547B2F7"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2F42A2EB" w14:textId="77777777" w:rsidR="00252E5E" w:rsidRPr="00A22248" w:rsidRDefault="00000000">
            <w:pPr>
              <w:rPr>
                <w:rFonts w:ascii="Arial" w:hAnsi="Arial" w:cs="Arial"/>
              </w:rPr>
            </w:pPr>
            <w:r w:rsidRPr="00A22248">
              <w:rPr>
                <w:rFonts w:ascii="Arial" w:hAnsi="Arial" w:cs="Arial"/>
                <w:b/>
              </w:rPr>
              <w:t>Address</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A70D27C" w14:textId="77777777" w:rsidR="00252E5E" w:rsidRPr="00A22248" w:rsidRDefault="00000000">
            <w:pPr>
              <w:rPr>
                <w:rFonts w:ascii="Arial" w:hAnsi="Arial" w:cs="Arial"/>
              </w:rPr>
            </w:pPr>
            <w:r w:rsidRPr="00A22248">
              <w:rPr>
                <w:rFonts w:ascii="Arial" w:hAnsi="Arial" w:cs="Arial"/>
              </w:rPr>
              <w:br/>
            </w:r>
            <w:r w:rsidRPr="00A22248">
              <w:rPr>
                <w:rFonts w:ascii="Arial" w:hAnsi="Arial" w:cs="Arial"/>
              </w:rPr>
              <w:br/>
            </w:r>
          </w:p>
        </w:tc>
      </w:tr>
      <w:tr w:rsidR="00252E5E" w:rsidRPr="00A22248" w14:paraId="3B917004"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6AA9985A" w14:textId="77777777" w:rsidR="00252E5E" w:rsidRPr="00A22248" w:rsidRDefault="00000000">
            <w:pPr>
              <w:rPr>
                <w:rFonts w:ascii="Arial" w:hAnsi="Arial" w:cs="Arial"/>
              </w:rPr>
            </w:pPr>
            <w:r w:rsidRPr="00A22248">
              <w:rPr>
                <w:rFonts w:ascii="Arial" w:hAnsi="Arial" w:cs="Arial"/>
                <w:b/>
              </w:rPr>
              <w:t>Postcode</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746A0BF" w14:textId="77777777" w:rsidR="00252E5E" w:rsidRPr="00A22248" w:rsidRDefault="00252E5E">
            <w:pPr>
              <w:rPr>
                <w:rFonts w:ascii="Arial" w:hAnsi="Arial" w:cs="Arial"/>
              </w:rPr>
            </w:pPr>
          </w:p>
        </w:tc>
      </w:tr>
      <w:tr w:rsidR="00252E5E" w:rsidRPr="00A22248" w14:paraId="2C943A37"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55831EDF" w14:textId="77777777" w:rsidR="00252E5E" w:rsidRPr="00A22248" w:rsidRDefault="00000000">
            <w:pPr>
              <w:rPr>
                <w:rFonts w:ascii="Arial" w:hAnsi="Arial" w:cs="Arial"/>
              </w:rPr>
            </w:pPr>
            <w:r w:rsidRPr="00A22248">
              <w:rPr>
                <w:rFonts w:ascii="Arial" w:hAnsi="Arial" w:cs="Arial"/>
                <w:b/>
              </w:rPr>
              <w:t>Telephone</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2442D8D" w14:textId="77777777" w:rsidR="00252E5E" w:rsidRPr="00A22248" w:rsidRDefault="00252E5E">
            <w:pPr>
              <w:rPr>
                <w:rFonts w:ascii="Arial" w:hAnsi="Arial" w:cs="Arial"/>
              </w:rPr>
            </w:pPr>
          </w:p>
        </w:tc>
      </w:tr>
      <w:tr w:rsidR="00252E5E" w:rsidRPr="00A22248" w14:paraId="2E1749F6"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D8A081A" w14:textId="77777777" w:rsidR="00252E5E" w:rsidRPr="00A22248" w:rsidRDefault="00000000">
            <w:pPr>
              <w:rPr>
                <w:rFonts w:ascii="Arial" w:hAnsi="Arial" w:cs="Arial"/>
              </w:rPr>
            </w:pPr>
            <w:r w:rsidRPr="00A22248">
              <w:rPr>
                <w:rFonts w:ascii="Arial" w:hAnsi="Arial" w:cs="Arial"/>
                <w:b/>
              </w:rPr>
              <w:t>Email</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365A928" w14:textId="77777777" w:rsidR="00252E5E" w:rsidRPr="00A22248" w:rsidRDefault="00252E5E">
            <w:pPr>
              <w:rPr>
                <w:rFonts w:ascii="Arial" w:hAnsi="Arial" w:cs="Arial"/>
              </w:rPr>
            </w:pPr>
          </w:p>
        </w:tc>
      </w:tr>
      <w:tr w:rsidR="00252E5E" w:rsidRPr="00A22248" w14:paraId="17F54886" w14:textId="77777777">
        <w:tc>
          <w:tcPr>
            <w:tcW w:w="3024"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E7D2175" w14:textId="77777777" w:rsidR="00252E5E" w:rsidRPr="00A22248" w:rsidRDefault="00000000">
            <w:pPr>
              <w:rPr>
                <w:rFonts w:ascii="Arial" w:hAnsi="Arial" w:cs="Arial"/>
              </w:rPr>
            </w:pPr>
            <w:r w:rsidRPr="00A22248">
              <w:rPr>
                <w:rFonts w:ascii="Arial" w:hAnsi="Arial" w:cs="Arial"/>
                <w:b/>
              </w:rPr>
              <w:t>Preferred contact method</w:t>
            </w:r>
          </w:p>
        </w:tc>
        <w:tc>
          <w:tcPr>
            <w:tcW w:w="7200"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1795D19" w14:textId="77777777" w:rsidR="00252E5E" w:rsidRPr="00A22248" w:rsidRDefault="00000000">
            <w:pPr>
              <w:rPr>
                <w:rFonts w:ascii="Arial" w:hAnsi="Arial" w:cs="Arial"/>
              </w:rPr>
            </w:pPr>
            <w:r w:rsidRPr="00A22248">
              <w:rPr>
                <w:rFonts w:ascii="Arial" w:hAnsi="Arial" w:cs="Arial"/>
                <w:i/>
                <w:color w:val="5F5F5F"/>
                <w:sz w:val="18"/>
              </w:rPr>
              <w:t>e.g. email, phone, text</w:t>
            </w:r>
          </w:p>
        </w:tc>
      </w:tr>
    </w:tbl>
    <w:p w14:paraId="37EBF840" w14:textId="77777777" w:rsidR="00252E5E" w:rsidRPr="00A22248" w:rsidRDefault="00000000">
      <w:pPr>
        <w:pStyle w:val="Heading2"/>
        <w:rPr>
          <w:rFonts w:ascii="Arial" w:hAnsi="Arial" w:cs="Arial"/>
        </w:rPr>
      </w:pPr>
      <w:r w:rsidRPr="00A22248">
        <w:rPr>
          <w:rFonts w:ascii="Arial" w:hAnsi="Arial" w:cs="Arial"/>
        </w:rPr>
        <w:t>Reasonable adjustments for recruitment</w:t>
      </w:r>
    </w:p>
    <w:p w14:paraId="729F723C" w14:textId="77777777" w:rsidR="00252E5E" w:rsidRPr="00A22248" w:rsidRDefault="00000000">
      <w:pPr>
        <w:rPr>
          <w:rFonts w:ascii="Arial" w:hAnsi="Arial" w:cs="Arial"/>
        </w:rPr>
      </w:pPr>
      <w:r w:rsidRPr="00A22248">
        <w:rPr>
          <w:rFonts w:ascii="Arial" w:hAnsi="Arial" w:cs="Arial"/>
        </w:rPr>
        <w:t>Please tell us if you need reasonable adjustments to take part in the recruitment process, including interview or assessment. You do not need to provide medical details.</w:t>
      </w:r>
    </w:p>
    <w:tbl>
      <w:tblPr>
        <w:tblW w:w="0" w:type="auto"/>
        <w:tblLook w:val="04A0" w:firstRow="1" w:lastRow="0" w:firstColumn="1" w:lastColumn="0" w:noHBand="0" w:noVBand="1"/>
      </w:tblPr>
      <w:tblGrid>
        <w:gridCol w:w="5107"/>
        <w:gridCol w:w="5107"/>
      </w:tblGrid>
      <w:tr w:rsidR="00252E5E" w:rsidRPr="00A22248" w14:paraId="5A713313"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69EE5078" w14:textId="77777777" w:rsidR="00252E5E" w:rsidRPr="00A22248" w:rsidRDefault="00000000">
            <w:pPr>
              <w:rPr>
                <w:rFonts w:ascii="Arial" w:hAnsi="Arial" w:cs="Arial"/>
              </w:rPr>
            </w:pPr>
            <w:r w:rsidRPr="00A22248">
              <w:rPr>
                <w:rFonts w:ascii="Arial" w:hAnsi="Arial" w:cs="Arial"/>
                <w:b/>
              </w:rPr>
              <w:t>Do you need any reasonable adjustments?</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692025A" w14:textId="77777777" w:rsidR="00252E5E" w:rsidRPr="00A22248" w:rsidRDefault="00000000">
            <w:pPr>
              <w:rPr>
                <w:rFonts w:ascii="Arial" w:hAnsi="Arial" w:cs="Arial"/>
              </w:rPr>
            </w:pPr>
            <w:r w:rsidRPr="00A22248">
              <w:rPr>
                <w:rFonts w:ascii="Segoe UI Symbol" w:hAnsi="Segoe UI Symbol" w:cs="Segoe UI Symbol"/>
                <w:i/>
                <w:color w:val="5F5F5F"/>
                <w:sz w:val="18"/>
              </w:rPr>
              <w:t>☐</w:t>
            </w:r>
            <w:r w:rsidRPr="00A22248">
              <w:rPr>
                <w:rFonts w:ascii="Arial" w:hAnsi="Arial" w:cs="Arial"/>
                <w:i/>
                <w:color w:val="5F5F5F"/>
                <w:sz w:val="18"/>
              </w:rPr>
              <w:t xml:space="preserve"> Yes    </w:t>
            </w:r>
            <w:r w:rsidRPr="00A22248">
              <w:rPr>
                <w:rFonts w:ascii="Segoe UI Symbol" w:hAnsi="Segoe UI Symbol" w:cs="Segoe UI Symbol"/>
                <w:i/>
                <w:color w:val="5F5F5F"/>
                <w:sz w:val="18"/>
              </w:rPr>
              <w:t>☐</w:t>
            </w:r>
            <w:r w:rsidRPr="00A22248">
              <w:rPr>
                <w:rFonts w:ascii="Arial" w:hAnsi="Arial" w:cs="Arial"/>
                <w:i/>
                <w:color w:val="5F5F5F"/>
                <w:sz w:val="18"/>
              </w:rPr>
              <w:t xml:space="preserve"> No    </w:t>
            </w:r>
            <w:r w:rsidRPr="00A22248">
              <w:rPr>
                <w:rFonts w:ascii="Segoe UI Symbol" w:hAnsi="Segoe UI Symbol" w:cs="Segoe UI Symbol"/>
                <w:i/>
                <w:color w:val="5F5F5F"/>
                <w:sz w:val="18"/>
              </w:rPr>
              <w:t>☐</w:t>
            </w:r>
            <w:r w:rsidRPr="00A22248">
              <w:rPr>
                <w:rFonts w:ascii="Arial" w:hAnsi="Arial" w:cs="Arial"/>
                <w:i/>
                <w:color w:val="5F5F5F"/>
                <w:sz w:val="18"/>
              </w:rPr>
              <w:t xml:space="preserve"> Prefer to discuss</w:t>
            </w:r>
          </w:p>
        </w:tc>
      </w:tr>
      <w:tr w:rsidR="00252E5E" w:rsidRPr="00A22248" w14:paraId="6CA503C0"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3C14DD2" w14:textId="77777777" w:rsidR="00252E5E" w:rsidRPr="00A22248" w:rsidRDefault="00000000">
            <w:pPr>
              <w:rPr>
                <w:rFonts w:ascii="Arial" w:hAnsi="Arial" w:cs="Arial"/>
              </w:rPr>
            </w:pPr>
            <w:r w:rsidRPr="00A22248">
              <w:rPr>
                <w:rFonts w:ascii="Arial" w:hAnsi="Arial" w:cs="Arial"/>
                <w:b/>
              </w:rPr>
              <w:t>If yes, please tell us what would help</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69D35D09" w14:textId="77777777" w:rsidR="00252E5E" w:rsidRPr="00A22248" w:rsidRDefault="00000000">
            <w:pPr>
              <w:rPr>
                <w:rFonts w:ascii="Arial" w:hAnsi="Arial" w:cs="Arial"/>
              </w:rPr>
            </w:pPr>
            <w:r w:rsidRPr="00A22248">
              <w:rPr>
                <w:rFonts w:ascii="Arial" w:hAnsi="Arial" w:cs="Arial"/>
              </w:rPr>
              <w:br/>
            </w:r>
            <w:r w:rsidRPr="00A22248">
              <w:rPr>
                <w:rFonts w:ascii="Arial" w:hAnsi="Arial" w:cs="Arial"/>
              </w:rPr>
              <w:br/>
            </w:r>
          </w:p>
        </w:tc>
      </w:tr>
    </w:tbl>
    <w:p w14:paraId="7D8826A5" w14:textId="77777777" w:rsidR="00A22248" w:rsidRDefault="00A22248">
      <w:pPr>
        <w:pStyle w:val="Heading2"/>
        <w:rPr>
          <w:rFonts w:ascii="Arial" w:hAnsi="Arial" w:cs="Arial"/>
        </w:rPr>
      </w:pPr>
    </w:p>
    <w:p w14:paraId="118DC2A8" w14:textId="0CB7AD83" w:rsidR="00252E5E" w:rsidRPr="00A22248" w:rsidRDefault="00000000">
      <w:pPr>
        <w:pStyle w:val="Heading2"/>
        <w:rPr>
          <w:rFonts w:ascii="Arial" w:hAnsi="Arial" w:cs="Arial"/>
        </w:rPr>
      </w:pPr>
      <w:r w:rsidRPr="00A22248">
        <w:rPr>
          <w:rFonts w:ascii="Arial" w:hAnsi="Arial" w:cs="Arial"/>
        </w:rPr>
        <w:t>Right to work in the UK</w:t>
      </w:r>
    </w:p>
    <w:p w14:paraId="06715BB6" w14:textId="77777777" w:rsidR="00252E5E" w:rsidRPr="00A22248" w:rsidRDefault="00000000">
      <w:pPr>
        <w:rPr>
          <w:rFonts w:ascii="Arial" w:hAnsi="Arial" w:cs="Arial"/>
        </w:rPr>
      </w:pPr>
      <w:r w:rsidRPr="00A22248">
        <w:rPr>
          <w:rFonts w:ascii="Arial" w:hAnsi="Arial" w:cs="Arial"/>
        </w:rPr>
        <w:t>If appointed, you will be required to provide evidence of your right to work in the UK before employment starts. Checks will be carried out for all successful candidates in line with Home Office guidance and without discrimination.</w:t>
      </w:r>
    </w:p>
    <w:p w14:paraId="45D7FCD4"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I understand that evidence of right to work will be required before employment starts.</w:t>
      </w:r>
    </w:p>
    <w:p w14:paraId="7E37521E" w14:textId="77777777" w:rsidR="00A22248" w:rsidRDefault="00A22248">
      <w:pPr>
        <w:pStyle w:val="Heading2"/>
        <w:rPr>
          <w:rFonts w:ascii="Arial" w:hAnsi="Arial" w:cs="Arial"/>
        </w:rPr>
      </w:pPr>
    </w:p>
    <w:p w14:paraId="0A0B3533" w14:textId="6B3F80A6" w:rsidR="00252E5E" w:rsidRPr="00A22248" w:rsidRDefault="00000000">
      <w:pPr>
        <w:pStyle w:val="Heading2"/>
        <w:rPr>
          <w:rFonts w:ascii="Arial" w:hAnsi="Arial" w:cs="Arial"/>
        </w:rPr>
      </w:pPr>
      <w:r w:rsidRPr="00A22248">
        <w:rPr>
          <w:rFonts w:ascii="Arial" w:hAnsi="Arial" w:cs="Arial"/>
        </w:rPr>
        <w:t>Travel requirements</w:t>
      </w:r>
    </w:p>
    <w:p w14:paraId="35476149" w14:textId="77777777" w:rsidR="00252E5E" w:rsidRPr="00A22248" w:rsidRDefault="00000000">
      <w:pPr>
        <w:rPr>
          <w:rFonts w:ascii="Arial" w:hAnsi="Arial" w:cs="Arial"/>
        </w:rPr>
      </w:pPr>
      <w:r w:rsidRPr="00A22248">
        <w:rPr>
          <w:rFonts w:ascii="Arial" w:hAnsi="Arial" w:cs="Arial"/>
        </w:rPr>
        <w:t>Only complete this question if the recruitment pack states that travel is required for this role.</w:t>
      </w:r>
    </w:p>
    <w:tbl>
      <w:tblPr>
        <w:tblW w:w="0" w:type="auto"/>
        <w:tblLook w:val="04A0" w:firstRow="1" w:lastRow="0" w:firstColumn="1" w:lastColumn="0" w:noHBand="0" w:noVBand="1"/>
      </w:tblPr>
      <w:tblGrid>
        <w:gridCol w:w="5106"/>
        <w:gridCol w:w="5108"/>
      </w:tblGrid>
      <w:tr w:rsidR="00252E5E" w:rsidRPr="00A22248" w14:paraId="1CA85521"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0E6BF0BC" w14:textId="77777777" w:rsidR="00252E5E" w:rsidRPr="00A22248" w:rsidRDefault="00000000">
            <w:pPr>
              <w:rPr>
                <w:rFonts w:ascii="Arial" w:hAnsi="Arial" w:cs="Arial"/>
              </w:rPr>
            </w:pPr>
            <w:r w:rsidRPr="00A22248">
              <w:rPr>
                <w:rFonts w:ascii="Arial" w:hAnsi="Arial" w:cs="Arial"/>
                <w:b/>
              </w:rPr>
              <w:t>Can you travel to the locations required for the role?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DFF0D26" w14:textId="77777777" w:rsidR="00252E5E" w:rsidRPr="00A22248" w:rsidRDefault="00000000">
            <w:pPr>
              <w:rPr>
                <w:rFonts w:ascii="Arial" w:hAnsi="Arial" w:cs="Arial"/>
              </w:rPr>
            </w:pPr>
            <w:r w:rsidRPr="00A22248">
              <w:rPr>
                <w:rFonts w:ascii="Segoe UI Symbol" w:hAnsi="Segoe UI Symbol" w:cs="Segoe UI Symbol"/>
                <w:i/>
                <w:color w:val="5F5F5F"/>
                <w:sz w:val="18"/>
              </w:rPr>
              <w:t>☐</w:t>
            </w:r>
            <w:r w:rsidRPr="00A22248">
              <w:rPr>
                <w:rFonts w:ascii="Arial" w:hAnsi="Arial" w:cs="Arial"/>
                <w:i/>
                <w:color w:val="5F5F5F"/>
                <w:sz w:val="18"/>
              </w:rPr>
              <w:t xml:space="preserve"> Yes    </w:t>
            </w:r>
            <w:r w:rsidRPr="00A22248">
              <w:rPr>
                <w:rFonts w:ascii="Segoe UI Symbol" w:hAnsi="Segoe UI Symbol" w:cs="Segoe UI Symbol"/>
                <w:i/>
                <w:color w:val="5F5F5F"/>
                <w:sz w:val="18"/>
              </w:rPr>
              <w:t>☐</w:t>
            </w:r>
            <w:r w:rsidRPr="00A22248">
              <w:rPr>
                <w:rFonts w:ascii="Arial" w:hAnsi="Arial" w:cs="Arial"/>
                <w:i/>
                <w:color w:val="5F5F5F"/>
                <w:sz w:val="18"/>
              </w:rPr>
              <w:t xml:space="preserve"> No    </w:t>
            </w:r>
            <w:r w:rsidRPr="00A22248">
              <w:rPr>
                <w:rFonts w:ascii="Segoe UI Symbol" w:hAnsi="Segoe UI Symbol" w:cs="Segoe UI Symbol"/>
                <w:i/>
                <w:color w:val="5F5F5F"/>
                <w:sz w:val="18"/>
              </w:rPr>
              <w:t>☐</w:t>
            </w:r>
            <w:r w:rsidRPr="00A22248">
              <w:rPr>
                <w:rFonts w:ascii="Arial" w:hAnsi="Arial" w:cs="Arial"/>
                <w:i/>
                <w:color w:val="5F5F5F"/>
                <w:sz w:val="18"/>
              </w:rPr>
              <w:t xml:space="preserve"> Would need to discuss adjustments/arrangements</w:t>
            </w:r>
          </w:p>
        </w:tc>
      </w:tr>
      <w:tr w:rsidR="00252E5E" w:rsidRPr="00A22248" w14:paraId="00AB6770"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00D6A32A" w14:textId="77777777" w:rsidR="00252E5E" w:rsidRPr="00A22248" w:rsidRDefault="00000000">
            <w:pPr>
              <w:rPr>
                <w:rFonts w:ascii="Arial" w:hAnsi="Arial" w:cs="Arial"/>
              </w:rPr>
            </w:pPr>
            <w:r w:rsidRPr="00A22248">
              <w:rPr>
                <w:rFonts w:ascii="Arial" w:hAnsi="Arial" w:cs="Arial"/>
                <w:b/>
              </w:rPr>
              <w:t>If driving is an essential requirement, do you hold a current valid driving licence?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53E435F" w14:textId="2C4DD3C9" w:rsidR="00252E5E" w:rsidRPr="00A22248" w:rsidRDefault="00000000">
            <w:pPr>
              <w:rPr>
                <w:rFonts w:ascii="Arial" w:hAnsi="Arial" w:cs="Arial"/>
              </w:rPr>
            </w:pPr>
            <w:r w:rsidRPr="00A22248">
              <w:rPr>
                <w:rFonts w:ascii="Segoe UI Symbol" w:hAnsi="Segoe UI Symbol" w:cs="Segoe UI Symbol"/>
                <w:i/>
                <w:color w:val="5F5F5F"/>
                <w:sz w:val="18"/>
              </w:rPr>
              <w:t>☐</w:t>
            </w:r>
            <w:r w:rsidRPr="00A22248">
              <w:rPr>
                <w:rFonts w:ascii="Arial" w:hAnsi="Arial" w:cs="Arial"/>
                <w:i/>
                <w:color w:val="5F5F5F"/>
                <w:sz w:val="18"/>
              </w:rPr>
              <w:t xml:space="preserve"> Yes    </w:t>
            </w:r>
            <w:r w:rsidRPr="00A22248">
              <w:rPr>
                <w:rFonts w:ascii="Segoe UI Symbol" w:hAnsi="Segoe UI Symbol" w:cs="Segoe UI Symbol"/>
                <w:i/>
                <w:color w:val="5F5F5F"/>
                <w:sz w:val="18"/>
              </w:rPr>
              <w:t>☐</w:t>
            </w:r>
            <w:r w:rsidRPr="00A22248">
              <w:rPr>
                <w:rFonts w:ascii="Arial" w:hAnsi="Arial" w:cs="Arial"/>
                <w:i/>
                <w:color w:val="5F5F5F"/>
                <w:sz w:val="18"/>
              </w:rPr>
              <w:t xml:space="preserve"> No    </w:t>
            </w:r>
            <w:r w:rsidRPr="00A22248">
              <w:rPr>
                <w:rFonts w:ascii="Segoe UI Symbol" w:hAnsi="Segoe UI Symbol" w:cs="Segoe UI Symbol"/>
                <w:i/>
                <w:color w:val="5F5F5F"/>
                <w:sz w:val="18"/>
              </w:rPr>
              <w:t>☐</w:t>
            </w:r>
            <w:r w:rsidRPr="00A22248">
              <w:rPr>
                <w:rFonts w:ascii="Arial" w:hAnsi="Arial" w:cs="Arial"/>
                <w:i/>
                <w:color w:val="5F5F5F"/>
                <w:sz w:val="18"/>
              </w:rPr>
              <w:t xml:space="preserve"> Not applicable</w:t>
            </w:r>
          </w:p>
        </w:tc>
      </w:tr>
    </w:tbl>
    <w:p w14:paraId="4AABDD0C" w14:textId="2B5645CE" w:rsidR="00252E5E" w:rsidRPr="00A22248" w:rsidRDefault="00000000">
      <w:pPr>
        <w:pStyle w:val="Heading1"/>
        <w:rPr>
          <w:rFonts w:ascii="Arial" w:hAnsi="Arial" w:cs="Arial"/>
        </w:rPr>
      </w:pPr>
      <w:r w:rsidRPr="00A22248">
        <w:rPr>
          <w:rFonts w:ascii="Arial" w:hAnsi="Arial" w:cs="Arial"/>
        </w:rPr>
        <w:t>Section B — Employment, volunteering and education history</w:t>
      </w:r>
    </w:p>
    <w:p w14:paraId="3E4BF964" w14:textId="77777777" w:rsidR="00252E5E" w:rsidRPr="00A22248" w:rsidRDefault="00000000">
      <w:pPr>
        <w:rPr>
          <w:rFonts w:ascii="Arial" w:hAnsi="Arial" w:cs="Arial"/>
        </w:rPr>
      </w:pPr>
      <w:r w:rsidRPr="00A22248">
        <w:rPr>
          <w:rFonts w:ascii="Arial" w:hAnsi="Arial" w:cs="Arial"/>
        </w:rPr>
        <w:t>Please provide a full history of employment, volunteering and education, starting with your current or most recent activity. Please explain any gaps. This helps us assess your application fairly and, where relevant, supports safer recruitment.</w:t>
      </w:r>
    </w:p>
    <w:p w14:paraId="03AB4314" w14:textId="77777777" w:rsidR="00252E5E" w:rsidRPr="00A22248" w:rsidRDefault="00000000">
      <w:pPr>
        <w:pStyle w:val="Heading2"/>
        <w:rPr>
          <w:rFonts w:ascii="Arial" w:hAnsi="Arial" w:cs="Arial"/>
        </w:rPr>
      </w:pPr>
      <w:r w:rsidRPr="00A22248">
        <w:rPr>
          <w:rFonts w:ascii="Arial" w:hAnsi="Arial" w:cs="Arial"/>
        </w:rPr>
        <w:t>Current or most recent role/activity</w:t>
      </w:r>
    </w:p>
    <w:tbl>
      <w:tblPr>
        <w:tblW w:w="0" w:type="auto"/>
        <w:tblLook w:val="04A0" w:firstRow="1" w:lastRow="0" w:firstColumn="1" w:lastColumn="0" w:noHBand="0" w:noVBand="1"/>
      </w:tblPr>
      <w:tblGrid>
        <w:gridCol w:w="5109"/>
        <w:gridCol w:w="5105"/>
      </w:tblGrid>
      <w:tr w:rsidR="00252E5E" w:rsidRPr="00A22248" w14:paraId="4F7E758A"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5C391042" w14:textId="77777777" w:rsidR="00252E5E" w:rsidRPr="00A22248" w:rsidRDefault="00000000">
            <w:pPr>
              <w:rPr>
                <w:rFonts w:ascii="Arial" w:hAnsi="Arial" w:cs="Arial"/>
              </w:rPr>
            </w:pPr>
            <w:r w:rsidRPr="00A22248">
              <w:rPr>
                <w:rFonts w:ascii="Arial" w:hAnsi="Arial" w:cs="Arial"/>
                <w:b/>
              </w:rPr>
              <w:t>Employer/organisation/provider</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431A472" w14:textId="77777777" w:rsidR="00252E5E" w:rsidRPr="00A22248" w:rsidRDefault="00000000">
            <w:pPr>
              <w:rPr>
                <w:rFonts w:ascii="Arial" w:hAnsi="Arial" w:cs="Arial"/>
              </w:rPr>
            </w:pPr>
            <w:r w:rsidRPr="00A22248">
              <w:rPr>
                <w:rFonts w:ascii="Arial" w:hAnsi="Arial" w:cs="Arial"/>
              </w:rPr>
              <w:br/>
            </w:r>
          </w:p>
        </w:tc>
      </w:tr>
      <w:tr w:rsidR="00252E5E" w:rsidRPr="00A22248" w14:paraId="19363EC4"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1701DF4" w14:textId="77777777" w:rsidR="00252E5E" w:rsidRPr="00A22248" w:rsidRDefault="00000000">
            <w:pPr>
              <w:rPr>
                <w:rFonts w:ascii="Arial" w:hAnsi="Arial" w:cs="Arial"/>
              </w:rPr>
            </w:pPr>
            <w:r w:rsidRPr="00A22248">
              <w:rPr>
                <w:rFonts w:ascii="Arial" w:hAnsi="Arial" w:cs="Arial"/>
                <w:b/>
              </w:rPr>
              <w:t>Job title/course/activity</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539E5EC" w14:textId="77777777" w:rsidR="00252E5E" w:rsidRPr="00A22248" w:rsidRDefault="00252E5E">
            <w:pPr>
              <w:rPr>
                <w:rFonts w:ascii="Arial" w:hAnsi="Arial" w:cs="Arial"/>
              </w:rPr>
            </w:pPr>
          </w:p>
        </w:tc>
      </w:tr>
      <w:tr w:rsidR="00252E5E" w:rsidRPr="00A22248" w14:paraId="3AC24D54"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5112A93D" w14:textId="77777777" w:rsidR="00252E5E" w:rsidRPr="00A22248" w:rsidRDefault="00000000">
            <w:pPr>
              <w:rPr>
                <w:rFonts w:ascii="Arial" w:hAnsi="Arial" w:cs="Arial"/>
              </w:rPr>
            </w:pPr>
            <w:r w:rsidRPr="00A22248">
              <w:rPr>
                <w:rFonts w:ascii="Arial" w:hAnsi="Arial" w:cs="Arial"/>
                <w:b/>
              </w:rPr>
              <w:t>Start date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3F3604D" w14:textId="77777777" w:rsidR="00252E5E" w:rsidRPr="00A22248" w:rsidRDefault="00000000">
            <w:pPr>
              <w:rPr>
                <w:rFonts w:ascii="Arial" w:hAnsi="Arial" w:cs="Arial"/>
              </w:rPr>
            </w:pPr>
            <w:r w:rsidRPr="00A22248">
              <w:rPr>
                <w:rFonts w:ascii="Arial" w:hAnsi="Arial" w:cs="Arial"/>
                <w:i/>
                <w:color w:val="5F5F5F"/>
                <w:sz w:val="18"/>
              </w:rPr>
              <w:t>Month/year</w:t>
            </w:r>
          </w:p>
        </w:tc>
      </w:tr>
      <w:tr w:rsidR="00252E5E" w:rsidRPr="00A22248" w14:paraId="083ED86B"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B1D63CF" w14:textId="77777777" w:rsidR="00252E5E" w:rsidRPr="00A22248" w:rsidRDefault="00000000">
            <w:pPr>
              <w:rPr>
                <w:rFonts w:ascii="Arial" w:hAnsi="Arial" w:cs="Arial"/>
              </w:rPr>
            </w:pPr>
            <w:r w:rsidRPr="00A22248">
              <w:rPr>
                <w:rFonts w:ascii="Arial" w:hAnsi="Arial" w:cs="Arial"/>
                <w:b/>
              </w:rPr>
              <w:t>End date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18AE34D" w14:textId="77777777" w:rsidR="00252E5E" w:rsidRPr="00A22248" w:rsidRDefault="00000000">
            <w:pPr>
              <w:rPr>
                <w:rFonts w:ascii="Arial" w:hAnsi="Arial" w:cs="Arial"/>
              </w:rPr>
            </w:pPr>
            <w:r w:rsidRPr="00A22248">
              <w:rPr>
                <w:rFonts w:ascii="Arial" w:hAnsi="Arial" w:cs="Arial"/>
                <w:i/>
                <w:color w:val="5F5F5F"/>
                <w:sz w:val="18"/>
              </w:rPr>
              <w:t>Month/year or present</w:t>
            </w:r>
          </w:p>
        </w:tc>
      </w:tr>
      <w:tr w:rsidR="00252E5E" w:rsidRPr="00A22248" w14:paraId="4A3FFB40"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6E01335F" w14:textId="77777777" w:rsidR="00252E5E" w:rsidRPr="00A22248" w:rsidRDefault="00000000">
            <w:pPr>
              <w:rPr>
                <w:rFonts w:ascii="Arial" w:hAnsi="Arial" w:cs="Arial"/>
              </w:rPr>
            </w:pPr>
            <w:r w:rsidRPr="00A22248">
              <w:rPr>
                <w:rFonts w:ascii="Arial" w:hAnsi="Arial" w:cs="Arial"/>
                <w:b/>
              </w:rPr>
              <w:t>Brief summary of main duties/responsibilities</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F1CADAF" w14:textId="77777777" w:rsidR="00252E5E" w:rsidRPr="00A22248" w:rsidRDefault="00000000">
            <w:pPr>
              <w:rPr>
                <w:rFonts w:ascii="Arial" w:hAnsi="Arial" w:cs="Arial"/>
              </w:rPr>
            </w:pPr>
            <w:r w:rsidRPr="00A22248">
              <w:rPr>
                <w:rFonts w:ascii="Arial" w:hAnsi="Arial" w:cs="Arial"/>
              </w:rPr>
              <w:br/>
            </w:r>
            <w:r w:rsidRPr="00A22248">
              <w:rPr>
                <w:rFonts w:ascii="Arial" w:hAnsi="Arial" w:cs="Arial"/>
              </w:rPr>
              <w:br/>
            </w:r>
            <w:r w:rsidRPr="00A22248">
              <w:rPr>
                <w:rFonts w:ascii="Arial" w:hAnsi="Arial" w:cs="Arial"/>
              </w:rPr>
              <w:br/>
            </w:r>
          </w:p>
        </w:tc>
      </w:tr>
      <w:tr w:rsidR="00252E5E" w:rsidRPr="00A22248" w14:paraId="1A83B1D2"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13969693" w14:textId="77777777" w:rsidR="00252E5E" w:rsidRPr="00A22248" w:rsidRDefault="00000000">
            <w:pPr>
              <w:rPr>
                <w:rFonts w:ascii="Arial" w:hAnsi="Arial" w:cs="Arial"/>
              </w:rPr>
            </w:pPr>
            <w:r w:rsidRPr="00A22248">
              <w:rPr>
                <w:rFonts w:ascii="Arial" w:hAnsi="Arial" w:cs="Arial"/>
                <w:b/>
              </w:rPr>
              <w:t>Reason for leaving or wishing to leave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31B5474" w14:textId="77777777" w:rsidR="00252E5E" w:rsidRPr="00A22248" w:rsidRDefault="00000000">
            <w:pPr>
              <w:rPr>
                <w:rFonts w:ascii="Arial" w:hAnsi="Arial" w:cs="Arial"/>
              </w:rPr>
            </w:pPr>
            <w:r w:rsidRPr="00A22248">
              <w:rPr>
                <w:rFonts w:ascii="Arial" w:hAnsi="Arial" w:cs="Arial"/>
              </w:rPr>
              <w:br/>
            </w:r>
          </w:p>
        </w:tc>
      </w:tr>
      <w:tr w:rsidR="00252E5E" w:rsidRPr="00A22248" w14:paraId="5945DD2E"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9498A4C" w14:textId="77777777" w:rsidR="00252E5E" w:rsidRPr="00A22248" w:rsidRDefault="00000000">
            <w:pPr>
              <w:rPr>
                <w:rFonts w:ascii="Arial" w:hAnsi="Arial" w:cs="Arial"/>
              </w:rPr>
            </w:pPr>
            <w:r w:rsidRPr="00A22248">
              <w:rPr>
                <w:rFonts w:ascii="Arial" w:hAnsi="Arial" w:cs="Arial"/>
                <w:b/>
              </w:rPr>
              <w:t>Notice period (if applicable)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54B6A9D" w14:textId="77777777" w:rsidR="00252E5E" w:rsidRPr="00A22248" w:rsidRDefault="00252E5E">
            <w:pPr>
              <w:rPr>
                <w:rFonts w:ascii="Arial" w:hAnsi="Arial" w:cs="Arial"/>
              </w:rPr>
            </w:pPr>
          </w:p>
        </w:tc>
      </w:tr>
    </w:tbl>
    <w:p w14:paraId="684306E0" w14:textId="77777777" w:rsidR="00252E5E" w:rsidRPr="00A22248" w:rsidRDefault="00000000">
      <w:pPr>
        <w:pStyle w:val="Heading2"/>
        <w:rPr>
          <w:rFonts w:ascii="Arial" w:hAnsi="Arial" w:cs="Arial"/>
        </w:rPr>
      </w:pPr>
      <w:r w:rsidRPr="00A22248">
        <w:rPr>
          <w:rFonts w:ascii="Arial" w:hAnsi="Arial" w:cs="Arial"/>
        </w:rPr>
        <w:lastRenderedPageBreak/>
        <w:t>Full history</w:t>
      </w:r>
    </w:p>
    <w:tbl>
      <w:tblPr>
        <w:tblW w:w="0" w:type="auto"/>
        <w:jc w:val="center"/>
        <w:tblLook w:val="04A0" w:firstRow="1" w:lastRow="0" w:firstColumn="1" w:lastColumn="0" w:noHBand="0" w:noVBand="1"/>
      </w:tblPr>
      <w:tblGrid>
        <w:gridCol w:w="2042"/>
        <w:gridCol w:w="2042"/>
        <w:gridCol w:w="2043"/>
        <w:gridCol w:w="2043"/>
        <w:gridCol w:w="2044"/>
      </w:tblGrid>
      <w:tr w:rsidR="00252E5E" w:rsidRPr="00A22248" w14:paraId="450D5371" w14:textId="77777777">
        <w:trPr>
          <w:jc w:val="center"/>
        </w:trPr>
        <w:tc>
          <w:tcPr>
            <w:tcW w:w="2045"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6E6B9F0E" w14:textId="77777777" w:rsidR="00252E5E" w:rsidRPr="00A22248" w:rsidRDefault="00000000">
            <w:pPr>
              <w:rPr>
                <w:rFonts w:ascii="Arial" w:hAnsi="Arial" w:cs="Arial"/>
              </w:rPr>
            </w:pPr>
            <w:r w:rsidRPr="00A22248">
              <w:rPr>
                <w:rFonts w:ascii="Arial" w:hAnsi="Arial" w:cs="Arial"/>
                <w:b/>
                <w:color w:val="FFFFFF"/>
              </w:rPr>
              <w:t>From</w:t>
            </w:r>
          </w:p>
        </w:tc>
        <w:tc>
          <w:tcPr>
            <w:tcW w:w="2045"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31C1DA91" w14:textId="77777777" w:rsidR="00252E5E" w:rsidRPr="00A22248" w:rsidRDefault="00000000">
            <w:pPr>
              <w:rPr>
                <w:rFonts w:ascii="Arial" w:hAnsi="Arial" w:cs="Arial"/>
              </w:rPr>
            </w:pPr>
            <w:r w:rsidRPr="00A22248">
              <w:rPr>
                <w:rFonts w:ascii="Arial" w:hAnsi="Arial" w:cs="Arial"/>
                <w:b/>
                <w:color w:val="FFFFFF"/>
              </w:rPr>
              <w:t>To</w:t>
            </w:r>
          </w:p>
        </w:tc>
        <w:tc>
          <w:tcPr>
            <w:tcW w:w="2045"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74EAB787" w14:textId="77777777" w:rsidR="00252E5E" w:rsidRPr="00A22248" w:rsidRDefault="00000000">
            <w:pPr>
              <w:rPr>
                <w:rFonts w:ascii="Arial" w:hAnsi="Arial" w:cs="Arial"/>
              </w:rPr>
            </w:pPr>
            <w:r w:rsidRPr="00A22248">
              <w:rPr>
                <w:rFonts w:ascii="Arial" w:hAnsi="Arial" w:cs="Arial"/>
                <w:b/>
                <w:color w:val="FFFFFF"/>
              </w:rPr>
              <w:t>Employer / education provider / activity</w:t>
            </w:r>
          </w:p>
        </w:tc>
        <w:tc>
          <w:tcPr>
            <w:tcW w:w="2045"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6B8FA17D" w14:textId="77777777" w:rsidR="00252E5E" w:rsidRPr="00A22248" w:rsidRDefault="00000000">
            <w:pPr>
              <w:rPr>
                <w:rFonts w:ascii="Arial" w:hAnsi="Arial" w:cs="Arial"/>
              </w:rPr>
            </w:pPr>
            <w:r w:rsidRPr="00A22248">
              <w:rPr>
                <w:rFonts w:ascii="Arial" w:hAnsi="Arial" w:cs="Arial"/>
                <w:b/>
                <w:color w:val="FFFFFF"/>
              </w:rPr>
              <w:t>Role / course / description</w:t>
            </w:r>
          </w:p>
        </w:tc>
        <w:tc>
          <w:tcPr>
            <w:tcW w:w="2045"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00332489" w14:textId="77777777" w:rsidR="00252E5E" w:rsidRPr="00A22248" w:rsidRDefault="00000000">
            <w:pPr>
              <w:rPr>
                <w:rFonts w:ascii="Arial" w:hAnsi="Arial" w:cs="Arial"/>
              </w:rPr>
            </w:pPr>
            <w:r w:rsidRPr="00A22248">
              <w:rPr>
                <w:rFonts w:ascii="Arial" w:hAnsi="Arial" w:cs="Arial"/>
                <w:b/>
                <w:color w:val="FFFFFF"/>
              </w:rPr>
              <w:t>Reason for leaving / gap explanation</w:t>
            </w:r>
          </w:p>
        </w:tc>
      </w:tr>
      <w:tr w:rsidR="00252E5E" w:rsidRPr="00A22248" w14:paraId="7F69850A"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B46EE52"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B31809A"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51F725C"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272E1CD"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C4D6005" w14:textId="77777777" w:rsidR="00252E5E" w:rsidRPr="00A22248" w:rsidRDefault="00000000">
            <w:pPr>
              <w:rPr>
                <w:rFonts w:ascii="Arial" w:hAnsi="Arial" w:cs="Arial"/>
              </w:rPr>
            </w:pPr>
            <w:r w:rsidRPr="00A22248">
              <w:rPr>
                <w:rFonts w:ascii="Arial" w:hAnsi="Arial" w:cs="Arial"/>
              </w:rPr>
              <w:br/>
            </w:r>
          </w:p>
        </w:tc>
      </w:tr>
      <w:tr w:rsidR="00252E5E" w:rsidRPr="00A22248" w14:paraId="05D42FDF"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E21E00D"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49CF950"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5153A71"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A6FECB9"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2D94FB9" w14:textId="77777777" w:rsidR="00252E5E" w:rsidRPr="00A22248" w:rsidRDefault="00000000">
            <w:pPr>
              <w:rPr>
                <w:rFonts w:ascii="Arial" w:hAnsi="Arial" w:cs="Arial"/>
              </w:rPr>
            </w:pPr>
            <w:r w:rsidRPr="00A22248">
              <w:rPr>
                <w:rFonts w:ascii="Arial" w:hAnsi="Arial" w:cs="Arial"/>
              </w:rPr>
              <w:br/>
            </w:r>
          </w:p>
        </w:tc>
      </w:tr>
      <w:tr w:rsidR="00252E5E" w:rsidRPr="00A22248" w14:paraId="5AB571B2"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83D3250"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EBFF8A9"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5B33DD1"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8574D47"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83C41CF" w14:textId="77777777" w:rsidR="00252E5E" w:rsidRPr="00A22248" w:rsidRDefault="00000000">
            <w:pPr>
              <w:rPr>
                <w:rFonts w:ascii="Arial" w:hAnsi="Arial" w:cs="Arial"/>
              </w:rPr>
            </w:pPr>
            <w:r w:rsidRPr="00A22248">
              <w:rPr>
                <w:rFonts w:ascii="Arial" w:hAnsi="Arial" w:cs="Arial"/>
              </w:rPr>
              <w:br/>
            </w:r>
          </w:p>
        </w:tc>
      </w:tr>
      <w:tr w:rsidR="00252E5E" w:rsidRPr="00A22248" w14:paraId="0FA3001D"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DD7AF26"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6673DD0"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1BB3BE3"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6F55FD0"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E697B10" w14:textId="77777777" w:rsidR="00252E5E" w:rsidRPr="00A22248" w:rsidRDefault="00000000">
            <w:pPr>
              <w:rPr>
                <w:rFonts w:ascii="Arial" w:hAnsi="Arial" w:cs="Arial"/>
              </w:rPr>
            </w:pPr>
            <w:r w:rsidRPr="00A22248">
              <w:rPr>
                <w:rFonts w:ascii="Arial" w:hAnsi="Arial" w:cs="Arial"/>
              </w:rPr>
              <w:br/>
            </w:r>
          </w:p>
        </w:tc>
      </w:tr>
      <w:tr w:rsidR="00252E5E" w:rsidRPr="00A22248" w14:paraId="31E84AB1"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B481034"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6A29986"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6E85C41"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B281AC1"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C9742BE" w14:textId="77777777" w:rsidR="00252E5E" w:rsidRPr="00A22248" w:rsidRDefault="00000000">
            <w:pPr>
              <w:rPr>
                <w:rFonts w:ascii="Arial" w:hAnsi="Arial" w:cs="Arial"/>
              </w:rPr>
            </w:pPr>
            <w:r w:rsidRPr="00A22248">
              <w:rPr>
                <w:rFonts w:ascii="Arial" w:hAnsi="Arial" w:cs="Arial"/>
              </w:rPr>
              <w:br/>
            </w:r>
          </w:p>
        </w:tc>
      </w:tr>
      <w:tr w:rsidR="00252E5E" w:rsidRPr="00A22248" w14:paraId="636D5559"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7862FB5"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1E11091"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2454E0A"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7CF946C"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17DD551" w14:textId="77777777" w:rsidR="00252E5E" w:rsidRPr="00A22248" w:rsidRDefault="00000000">
            <w:pPr>
              <w:rPr>
                <w:rFonts w:ascii="Arial" w:hAnsi="Arial" w:cs="Arial"/>
              </w:rPr>
            </w:pPr>
            <w:r w:rsidRPr="00A22248">
              <w:rPr>
                <w:rFonts w:ascii="Arial" w:hAnsi="Arial" w:cs="Arial"/>
              </w:rPr>
              <w:br/>
            </w:r>
          </w:p>
        </w:tc>
      </w:tr>
      <w:tr w:rsidR="00252E5E" w:rsidRPr="00A22248" w14:paraId="375FCAEA"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47017C3"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B4C8B47"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287EAF4"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34D430C"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611E3DF" w14:textId="77777777" w:rsidR="00252E5E" w:rsidRPr="00A22248" w:rsidRDefault="00000000">
            <w:pPr>
              <w:rPr>
                <w:rFonts w:ascii="Arial" w:hAnsi="Arial" w:cs="Arial"/>
              </w:rPr>
            </w:pPr>
            <w:r w:rsidRPr="00A22248">
              <w:rPr>
                <w:rFonts w:ascii="Arial" w:hAnsi="Arial" w:cs="Arial"/>
              </w:rPr>
              <w:br/>
            </w:r>
          </w:p>
        </w:tc>
      </w:tr>
      <w:tr w:rsidR="00252E5E" w:rsidRPr="00A22248" w14:paraId="2854CC79" w14:textId="77777777">
        <w:trPr>
          <w:jc w:val="center"/>
        </w:trPr>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0F848DF"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010995D"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7D82C20"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B2188F6" w14:textId="77777777" w:rsidR="00252E5E" w:rsidRPr="00A22248" w:rsidRDefault="00000000">
            <w:pPr>
              <w:rPr>
                <w:rFonts w:ascii="Arial" w:hAnsi="Arial" w:cs="Arial"/>
              </w:rPr>
            </w:pPr>
            <w:r w:rsidRPr="00A22248">
              <w:rPr>
                <w:rFonts w:ascii="Arial" w:hAnsi="Arial" w:cs="Arial"/>
              </w:rPr>
              <w:br/>
            </w:r>
          </w:p>
        </w:tc>
        <w:tc>
          <w:tcPr>
            <w:tcW w:w="2045"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0903BD9" w14:textId="77777777" w:rsidR="00252E5E" w:rsidRPr="00A22248" w:rsidRDefault="00000000">
            <w:pPr>
              <w:rPr>
                <w:rFonts w:ascii="Arial" w:hAnsi="Arial" w:cs="Arial"/>
              </w:rPr>
            </w:pPr>
            <w:r w:rsidRPr="00A22248">
              <w:rPr>
                <w:rFonts w:ascii="Arial" w:hAnsi="Arial" w:cs="Arial"/>
              </w:rPr>
              <w:br/>
            </w:r>
          </w:p>
        </w:tc>
      </w:tr>
    </w:tbl>
    <w:p w14:paraId="58351339" w14:textId="77777777" w:rsidR="00252E5E" w:rsidRPr="00A22248" w:rsidRDefault="00000000">
      <w:pPr>
        <w:pStyle w:val="Heading1"/>
        <w:rPr>
          <w:rFonts w:ascii="Arial" w:hAnsi="Arial" w:cs="Arial"/>
        </w:rPr>
      </w:pPr>
      <w:r w:rsidRPr="00A22248">
        <w:rPr>
          <w:rFonts w:ascii="Arial" w:hAnsi="Arial" w:cs="Arial"/>
        </w:rPr>
        <w:t>Section C — Qualifications, training and memberships</w:t>
      </w:r>
    </w:p>
    <w:tbl>
      <w:tblPr>
        <w:tblW w:w="0" w:type="auto"/>
        <w:jc w:val="center"/>
        <w:tblLook w:val="04A0" w:firstRow="1" w:lastRow="0" w:firstColumn="1" w:lastColumn="0" w:noHBand="0" w:noVBand="1"/>
      </w:tblPr>
      <w:tblGrid>
        <w:gridCol w:w="2554"/>
        <w:gridCol w:w="2554"/>
        <w:gridCol w:w="2553"/>
        <w:gridCol w:w="2553"/>
      </w:tblGrid>
      <w:tr w:rsidR="00252E5E" w:rsidRPr="00A22248" w14:paraId="3C46DBB9" w14:textId="77777777">
        <w:trPr>
          <w:jc w:val="center"/>
        </w:trPr>
        <w:tc>
          <w:tcPr>
            <w:tcW w:w="2556"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072F66AD" w14:textId="77777777" w:rsidR="00252E5E" w:rsidRPr="00A22248" w:rsidRDefault="00000000">
            <w:pPr>
              <w:rPr>
                <w:rFonts w:ascii="Arial" w:hAnsi="Arial" w:cs="Arial"/>
              </w:rPr>
            </w:pPr>
            <w:r w:rsidRPr="00A22248">
              <w:rPr>
                <w:rFonts w:ascii="Arial" w:hAnsi="Arial" w:cs="Arial"/>
                <w:b/>
                <w:color w:val="FFFFFF"/>
              </w:rPr>
              <w:t>Provider</w:t>
            </w:r>
          </w:p>
        </w:tc>
        <w:tc>
          <w:tcPr>
            <w:tcW w:w="2556"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40829CB7" w14:textId="77777777" w:rsidR="00252E5E" w:rsidRPr="00A22248" w:rsidRDefault="00000000">
            <w:pPr>
              <w:rPr>
                <w:rFonts w:ascii="Arial" w:hAnsi="Arial" w:cs="Arial"/>
              </w:rPr>
            </w:pPr>
            <w:r w:rsidRPr="00A22248">
              <w:rPr>
                <w:rFonts w:ascii="Arial" w:hAnsi="Arial" w:cs="Arial"/>
                <w:b/>
                <w:color w:val="FFFFFF"/>
              </w:rPr>
              <w:t>Qualification / training / membership</w:t>
            </w:r>
          </w:p>
        </w:tc>
        <w:tc>
          <w:tcPr>
            <w:tcW w:w="2556"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6DC2F637" w14:textId="77777777" w:rsidR="00252E5E" w:rsidRPr="00A22248" w:rsidRDefault="00000000">
            <w:pPr>
              <w:rPr>
                <w:rFonts w:ascii="Arial" w:hAnsi="Arial" w:cs="Arial"/>
              </w:rPr>
            </w:pPr>
            <w:r w:rsidRPr="00A22248">
              <w:rPr>
                <w:rFonts w:ascii="Arial" w:hAnsi="Arial" w:cs="Arial"/>
                <w:b/>
                <w:color w:val="FFFFFF"/>
              </w:rPr>
              <w:t>Date achieved</w:t>
            </w:r>
          </w:p>
        </w:tc>
        <w:tc>
          <w:tcPr>
            <w:tcW w:w="2556"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6B6C7EBC" w14:textId="77777777" w:rsidR="00252E5E" w:rsidRPr="00A22248" w:rsidRDefault="00000000">
            <w:pPr>
              <w:rPr>
                <w:rFonts w:ascii="Arial" w:hAnsi="Arial" w:cs="Arial"/>
              </w:rPr>
            </w:pPr>
            <w:r w:rsidRPr="00A22248">
              <w:rPr>
                <w:rFonts w:ascii="Arial" w:hAnsi="Arial" w:cs="Arial"/>
                <w:b/>
                <w:color w:val="FFFFFF"/>
              </w:rPr>
              <w:t>Relevant details</w:t>
            </w:r>
          </w:p>
        </w:tc>
      </w:tr>
      <w:tr w:rsidR="00252E5E" w:rsidRPr="00A22248" w14:paraId="2551D951" w14:textId="77777777">
        <w:trPr>
          <w:jc w:val="center"/>
        </w:trPr>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5681191"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476947D"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42B2459"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61E593B" w14:textId="77777777" w:rsidR="00252E5E" w:rsidRPr="00A22248" w:rsidRDefault="00000000">
            <w:pPr>
              <w:rPr>
                <w:rFonts w:ascii="Arial" w:hAnsi="Arial" w:cs="Arial"/>
              </w:rPr>
            </w:pPr>
            <w:r w:rsidRPr="00A22248">
              <w:rPr>
                <w:rFonts w:ascii="Arial" w:hAnsi="Arial" w:cs="Arial"/>
              </w:rPr>
              <w:br/>
            </w:r>
          </w:p>
        </w:tc>
      </w:tr>
      <w:tr w:rsidR="00252E5E" w:rsidRPr="00A22248" w14:paraId="00CE5BF3" w14:textId="77777777">
        <w:trPr>
          <w:jc w:val="center"/>
        </w:trPr>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00ACAB2"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90EF970"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E84114E"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B98D274" w14:textId="77777777" w:rsidR="00252E5E" w:rsidRPr="00A22248" w:rsidRDefault="00000000">
            <w:pPr>
              <w:rPr>
                <w:rFonts w:ascii="Arial" w:hAnsi="Arial" w:cs="Arial"/>
              </w:rPr>
            </w:pPr>
            <w:r w:rsidRPr="00A22248">
              <w:rPr>
                <w:rFonts w:ascii="Arial" w:hAnsi="Arial" w:cs="Arial"/>
              </w:rPr>
              <w:br/>
            </w:r>
          </w:p>
        </w:tc>
      </w:tr>
      <w:tr w:rsidR="00252E5E" w:rsidRPr="00A22248" w14:paraId="09AC3215" w14:textId="77777777">
        <w:trPr>
          <w:jc w:val="center"/>
        </w:trPr>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7AA2869"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5DD014A"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A873B41"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0F8F3C3" w14:textId="77777777" w:rsidR="00252E5E" w:rsidRPr="00A22248" w:rsidRDefault="00000000">
            <w:pPr>
              <w:rPr>
                <w:rFonts w:ascii="Arial" w:hAnsi="Arial" w:cs="Arial"/>
              </w:rPr>
            </w:pPr>
            <w:r w:rsidRPr="00A22248">
              <w:rPr>
                <w:rFonts w:ascii="Arial" w:hAnsi="Arial" w:cs="Arial"/>
              </w:rPr>
              <w:br/>
            </w:r>
          </w:p>
        </w:tc>
      </w:tr>
      <w:tr w:rsidR="00252E5E" w:rsidRPr="00A22248" w14:paraId="0EEC331B" w14:textId="77777777">
        <w:trPr>
          <w:jc w:val="center"/>
        </w:trPr>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E0A0E3C"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2D0D146"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FF958D6"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BD1E934" w14:textId="77777777" w:rsidR="00252E5E" w:rsidRPr="00A22248" w:rsidRDefault="00000000">
            <w:pPr>
              <w:rPr>
                <w:rFonts w:ascii="Arial" w:hAnsi="Arial" w:cs="Arial"/>
              </w:rPr>
            </w:pPr>
            <w:r w:rsidRPr="00A22248">
              <w:rPr>
                <w:rFonts w:ascii="Arial" w:hAnsi="Arial" w:cs="Arial"/>
              </w:rPr>
              <w:br/>
            </w:r>
          </w:p>
        </w:tc>
      </w:tr>
      <w:tr w:rsidR="00252E5E" w:rsidRPr="00A22248" w14:paraId="63B89D61" w14:textId="77777777">
        <w:trPr>
          <w:jc w:val="center"/>
        </w:trPr>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67143AA" w14:textId="77777777" w:rsidR="00252E5E" w:rsidRPr="00A22248" w:rsidRDefault="00000000">
            <w:pPr>
              <w:rPr>
                <w:rFonts w:ascii="Arial" w:hAnsi="Arial" w:cs="Arial"/>
              </w:rPr>
            </w:pPr>
            <w:r w:rsidRPr="00A22248">
              <w:rPr>
                <w:rFonts w:ascii="Arial" w:hAnsi="Arial" w:cs="Arial"/>
              </w:rPr>
              <w:lastRenderedPageBreak/>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23D94B9"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F7F2704"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C08ABEE" w14:textId="77777777" w:rsidR="00252E5E" w:rsidRPr="00A22248" w:rsidRDefault="00000000">
            <w:pPr>
              <w:rPr>
                <w:rFonts w:ascii="Arial" w:hAnsi="Arial" w:cs="Arial"/>
              </w:rPr>
            </w:pPr>
            <w:r w:rsidRPr="00A22248">
              <w:rPr>
                <w:rFonts w:ascii="Arial" w:hAnsi="Arial" w:cs="Arial"/>
              </w:rPr>
              <w:br/>
            </w:r>
          </w:p>
        </w:tc>
      </w:tr>
      <w:tr w:rsidR="00252E5E" w:rsidRPr="00A22248" w14:paraId="7AFF09AD" w14:textId="77777777">
        <w:trPr>
          <w:jc w:val="center"/>
        </w:trPr>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C7A7CDD"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4214EFF8"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3846D416" w14:textId="77777777" w:rsidR="00252E5E" w:rsidRPr="00A22248" w:rsidRDefault="00000000">
            <w:pPr>
              <w:rPr>
                <w:rFonts w:ascii="Arial" w:hAnsi="Arial" w:cs="Arial"/>
              </w:rPr>
            </w:pPr>
            <w:r w:rsidRPr="00A22248">
              <w:rPr>
                <w:rFonts w:ascii="Arial" w:hAnsi="Arial" w:cs="Arial"/>
              </w:rPr>
              <w:br/>
            </w:r>
          </w:p>
        </w:tc>
        <w:tc>
          <w:tcPr>
            <w:tcW w:w="2556"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043256A" w14:textId="77777777" w:rsidR="00252E5E" w:rsidRPr="00A22248" w:rsidRDefault="00000000">
            <w:pPr>
              <w:rPr>
                <w:rFonts w:ascii="Arial" w:hAnsi="Arial" w:cs="Arial"/>
              </w:rPr>
            </w:pPr>
            <w:r w:rsidRPr="00A22248">
              <w:rPr>
                <w:rFonts w:ascii="Arial" w:hAnsi="Arial" w:cs="Arial"/>
              </w:rPr>
              <w:br/>
            </w:r>
          </w:p>
        </w:tc>
      </w:tr>
    </w:tbl>
    <w:p w14:paraId="25233E91" w14:textId="77777777" w:rsidR="00252E5E" w:rsidRPr="00A22248" w:rsidRDefault="00000000">
      <w:pPr>
        <w:pStyle w:val="Heading1"/>
        <w:rPr>
          <w:rFonts w:ascii="Arial" w:hAnsi="Arial" w:cs="Arial"/>
        </w:rPr>
      </w:pPr>
      <w:r w:rsidRPr="00A22248">
        <w:rPr>
          <w:rFonts w:ascii="Arial" w:hAnsi="Arial" w:cs="Arial"/>
        </w:rPr>
        <w:t>Section D — Supporting statement</w:t>
      </w:r>
    </w:p>
    <w:p w14:paraId="5423F8F2" w14:textId="77777777" w:rsidR="00252E5E" w:rsidRPr="00A22248" w:rsidRDefault="00000000">
      <w:pPr>
        <w:rPr>
          <w:rFonts w:ascii="Arial" w:hAnsi="Arial" w:cs="Arial"/>
        </w:rPr>
      </w:pPr>
      <w:r w:rsidRPr="00A22248">
        <w:rPr>
          <w:rFonts w:ascii="Arial" w:hAnsi="Arial" w:cs="Arial"/>
        </w:rPr>
        <w:t>Please explain how your skills, knowledge, experience and values meet the person specification. Use practical examples where possible. You may continue on a separate sheet if needed.</w:t>
      </w:r>
    </w:p>
    <w:tbl>
      <w:tblPr>
        <w:tblW w:w="0" w:type="auto"/>
        <w:tblLook w:val="04A0" w:firstRow="1" w:lastRow="0" w:firstColumn="1" w:lastColumn="0" w:noHBand="0" w:noVBand="1"/>
      </w:tblPr>
      <w:tblGrid>
        <w:gridCol w:w="10208"/>
      </w:tblGrid>
      <w:tr w:rsidR="00252E5E" w:rsidRPr="00A22248" w14:paraId="6F03837F" w14:textId="77777777">
        <w:tc>
          <w:tcPr>
            <w:tcW w:w="10224" w:type="dxa"/>
            <w:tcBorders>
              <w:top w:val="single" w:sz="6" w:space="0" w:color="B7C9D6"/>
              <w:left w:val="single" w:sz="6" w:space="0" w:color="B7C9D6"/>
              <w:bottom w:val="single" w:sz="6" w:space="0" w:color="B7C9D6"/>
              <w:right w:val="single" w:sz="6" w:space="0" w:color="B7C9D6"/>
            </w:tcBorders>
            <w:tcMar>
              <w:top w:w="160" w:type="dxa"/>
              <w:left w:w="160" w:type="dxa"/>
              <w:bottom w:w="160" w:type="dxa"/>
              <w:right w:w="160" w:type="dxa"/>
            </w:tcMar>
          </w:tcPr>
          <w:p w14:paraId="6D8F9A13" w14:textId="77777777" w:rsidR="00A22248" w:rsidRDefault="00000000">
            <w:pPr>
              <w:rPr>
                <w:rFonts w:ascii="Arial" w:hAnsi="Arial" w:cs="Arial"/>
              </w:rPr>
            </w:pP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p>
          <w:p w14:paraId="38A61190" w14:textId="77777777" w:rsidR="00A22248" w:rsidRDefault="00A22248">
            <w:pPr>
              <w:rPr>
                <w:rFonts w:ascii="Arial" w:hAnsi="Arial" w:cs="Arial"/>
              </w:rPr>
            </w:pPr>
          </w:p>
          <w:p w14:paraId="53F63A13" w14:textId="77777777" w:rsidR="00A22248" w:rsidRDefault="00A22248">
            <w:pPr>
              <w:rPr>
                <w:rFonts w:ascii="Arial" w:hAnsi="Arial" w:cs="Arial"/>
              </w:rPr>
            </w:pPr>
          </w:p>
          <w:p w14:paraId="42DB3740" w14:textId="77777777" w:rsidR="00A22248" w:rsidRDefault="00A22248">
            <w:pPr>
              <w:rPr>
                <w:rFonts w:ascii="Arial" w:hAnsi="Arial" w:cs="Arial"/>
              </w:rPr>
            </w:pPr>
          </w:p>
          <w:p w14:paraId="27011128" w14:textId="77777777" w:rsidR="00A22248" w:rsidRDefault="00A22248">
            <w:pPr>
              <w:rPr>
                <w:rFonts w:ascii="Arial" w:hAnsi="Arial" w:cs="Arial"/>
              </w:rPr>
            </w:pPr>
          </w:p>
          <w:p w14:paraId="5350373D" w14:textId="77777777" w:rsidR="00A22248" w:rsidRDefault="00A22248">
            <w:pPr>
              <w:rPr>
                <w:rFonts w:ascii="Arial" w:hAnsi="Arial" w:cs="Arial"/>
              </w:rPr>
            </w:pPr>
          </w:p>
          <w:p w14:paraId="612648BD" w14:textId="77777777" w:rsidR="00A22248" w:rsidRDefault="00A22248">
            <w:pPr>
              <w:rPr>
                <w:rFonts w:ascii="Arial" w:hAnsi="Arial" w:cs="Arial"/>
              </w:rPr>
            </w:pPr>
          </w:p>
          <w:p w14:paraId="5BE4155B" w14:textId="77777777" w:rsidR="00A22248" w:rsidRDefault="00A22248">
            <w:pPr>
              <w:rPr>
                <w:rFonts w:ascii="Arial" w:hAnsi="Arial" w:cs="Arial"/>
              </w:rPr>
            </w:pPr>
          </w:p>
          <w:p w14:paraId="17614B81" w14:textId="77777777" w:rsidR="00A22248" w:rsidRDefault="00A22248">
            <w:pPr>
              <w:rPr>
                <w:rFonts w:ascii="Arial" w:hAnsi="Arial" w:cs="Arial"/>
              </w:rPr>
            </w:pPr>
          </w:p>
          <w:p w14:paraId="5DFFCBA2" w14:textId="77777777" w:rsidR="00A22248" w:rsidRDefault="00A22248">
            <w:pPr>
              <w:rPr>
                <w:rFonts w:ascii="Arial" w:hAnsi="Arial" w:cs="Arial"/>
              </w:rPr>
            </w:pPr>
          </w:p>
          <w:p w14:paraId="03124591" w14:textId="0A9A56C7" w:rsidR="00252E5E" w:rsidRPr="00A22248" w:rsidRDefault="00000000">
            <w:pPr>
              <w:rPr>
                <w:rFonts w:ascii="Arial" w:hAnsi="Arial" w:cs="Arial"/>
              </w:rPr>
            </w:pPr>
            <w:r w:rsidRPr="00A22248">
              <w:rPr>
                <w:rFonts w:ascii="Arial" w:hAnsi="Arial" w:cs="Arial"/>
              </w:rPr>
              <w:br/>
            </w:r>
            <w:r w:rsidRPr="00A22248">
              <w:rPr>
                <w:rFonts w:ascii="Arial" w:hAnsi="Arial" w:cs="Arial"/>
              </w:rPr>
              <w:br/>
            </w:r>
            <w:r w:rsidRPr="00A22248">
              <w:rPr>
                <w:rFonts w:ascii="Arial" w:hAnsi="Arial" w:cs="Arial"/>
              </w:rPr>
              <w:br/>
            </w:r>
          </w:p>
        </w:tc>
      </w:tr>
    </w:tbl>
    <w:p w14:paraId="74D88557" w14:textId="77777777" w:rsidR="00252E5E" w:rsidRPr="00A22248" w:rsidRDefault="00000000">
      <w:pPr>
        <w:pStyle w:val="Heading1"/>
        <w:rPr>
          <w:rFonts w:ascii="Arial" w:hAnsi="Arial" w:cs="Arial"/>
        </w:rPr>
      </w:pPr>
      <w:r w:rsidRPr="00A22248">
        <w:rPr>
          <w:rFonts w:ascii="Arial" w:hAnsi="Arial" w:cs="Arial"/>
        </w:rPr>
        <w:lastRenderedPageBreak/>
        <w:t>Section E — References</w:t>
      </w:r>
    </w:p>
    <w:p w14:paraId="3180423C" w14:textId="77777777" w:rsidR="00252E5E" w:rsidRPr="00A22248" w:rsidRDefault="00000000">
      <w:pPr>
        <w:rPr>
          <w:rFonts w:ascii="Arial" w:hAnsi="Arial" w:cs="Arial"/>
        </w:rPr>
      </w:pPr>
      <w:r w:rsidRPr="00A22248">
        <w:rPr>
          <w:rFonts w:ascii="Arial" w:hAnsi="Arial" w:cs="Arial"/>
        </w:rPr>
        <w:t>Please give details of two referees. One should normally be your current or most recent employer, education provider, voluntary role supervisor or another appropriate professional referee. References will normally only be taken up after interview and with your permission, unless the role requires earlier safeguarding checks and this is explained in the recruitment pack.</w:t>
      </w:r>
    </w:p>
    <w:tbl>
      <w:tblPr>
        <w:tblW w:w="0" w:type="auto"/>
        <w:jc w:val="center"/>
        <w:tblLook w:val="04A0" w:firstRow="1" w:lastRow="0" w:firstColumn="1" w:lastColumn="0" w:noHBand="0" w:noVBand="1"/>
      </w:tblPr>
      <w:tblGrid>
        <w:gridCol w:w="5107"/>
        <w:gridCol w:w="5107"/>
      </w:tblGrid>
      <w:tr w:rsidR="00252E5E" w:rsidRPr="00A22248" w14:paraId="55BD6107" w14:textId="77777777">
        <w:trPr>
          <w:jc w:val="center"/>
        </w:trPr>
        <w:tc>
          <w:tcPr>
            <w:tcW w:w="5112"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2079B35E" w14:textId="77777777" w:rsidR="00252E5E" w:rsidRPr="00A22248" w:rsidRDefault="00000000">
            <w:pPr>
              <w:rPr>
                <w:rFonts w:ascii="Arial" w:hAnsi="Arial" w:cs="Arial"/>
              </w:rPr>
            </w:pPr>
            <w:r w:rsidRPr="00A22248">
              <w:rPr>
                <w:rFonts w:ascii="Arial" w:hAnsi="Arial" w:cs="Arial"/>
                <w:b/>
                <w:color w:val="FFFFFF"/>
              </w:rPr>
              <w:t>Referee 1</w:t>
            </w:r>
          </w:p>
        </w:tc>
        <w:tc>
          <w:tcPr>
            <w:tcW w:w="5112" w:type="dxa"/>
            <w:tcBorders>
              <w:top w:val="single" w:sz="4" w:space="0" w:color="D9E2EC"/>
              <w:left w:val="single" w:sz="4" w:space="0" w:color="D9E2EC"/>
              <w:bottom w:val="single" w:sz="4" w:space="0" w:color="D9E2EC"/>
              <w:right w:val="single" w:sz="4" w:space="0" w:color="D9E2EC"/>
            </w:tcBorders>
            <w:shd w:val="clear" w:color="auto" w:fill="1F4E79"/>
            <w:tcMar>
              <w:top w:w="90" w:type="dxa"/>
              <w:left w:w="110" w:type="dxa"/>
              <w:bottom w:w="90" w:type="dxa"/>
              <w:right w:w="110" w:type="dxa"/>
            </w:tcMar>
            <w:vAlign w:val="center"/>
          </w:tcPr>
          <w:p w14:paraId="77E2E022" w14:textId="77777777" w:rsidR="00252E5E" w:rsidRPr="00A22248" w:rsidRDefault="00000000">
            <w:pPr>
              <w:rPr>
                <w:rFonts w:ascii="Arial" w:hAnsi="Arial" w:cs="Arial"/>
              </w:rPr>
            </w:pPr>
            <w:r w:rsidRPr="00A22248">
              <w:rPr>
                <w:rFonts w:ascii="Arial" w:hAnsi="Arial" w:cs="Arial"/>
                <w:b/>
                <w:color w:val="FFFFFF"/>
              </w:rPr>
              <w:t>Referee 2</w:t>
            </w:r>
          </w:p>
        </w:tc>
      </w:tr>
      <w:tr w:rsidR="00252E5E" w:rsidRPr="00A22248" w14:paraId="70C59098" w14:textId="77777777">
        <w:trPr>
          <w:jc w:val="center"/>
        </w:trPr>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5D4019F1" w14:textId="77777777" w:rsidR="00252E5E" w:rsidRPr="00A22248" w:rsidRDefault="00000000">
            <w:pPr>
              <w:rPr>
                <w:rFonts w:ascii="Arial" w:hAnsi="Arial" w:cs="Arial"/>
              </w:rPr>
            </w:pPr>
            <w:r w:rsidRPr="00A22248">
              <w:rPr>
                <w:rFonts w:ascii="Arial" w:hAnsi="Arial" w:cs="Arial"/>
              </w:rPr>
              <w:t>Name:</w:t>
            </w:r>
            <w:r w:rsidRPr="00A22248">
              <w:rPr>
                <w:rFonts w:ascii="Arial" w:hAnsi="Arial" w:cs="Arial"/>
              </w:rPr>
              <w:br/>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7F300891" w14:textId="77777777" w:rsidR="00252E5E" w:rsidRPr="00A22248" w:rsidRDefault="00000000">
            <w:pPr>
              <w:rPr>
                <w:rFonts w:ascii="Arial" w:hAnsi="Arial" w:cs="Arial"/>
              </w:rPr>
            </w:pPr>
            <w:r w:rsidRPr="00A22248">
              <w:rPr>
                <w:rFonts w:ascii="Arial" w:hAnsi="Arial" w:cs="Arial"/>
              </w:rPr>
              <w:t>Name:</w:t>
            </w:r>
            <w:r w:rsidRPr="00A22248">
              <w:rPr>
                <w:rFonts w:ascii="Arial" w:hAnsi="Arial" w:cs="Arial"/>
              </w:rPr>
              <w:br/>
            </w:r>
          </w:p>
        </w:tc>
      </w:tr>
      <w:tr w:rsidR="00252E5E" w:rsidRPr="00A22248" w14:paraId="06490A49" w14:textId="77777777">
        <w:trPr>
          <w:jc w:val="center"/>
        </w:trPr>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6649030A" w14:textId="77777777" w:rsidR="00252E5E" w:rsidRPr="00A22248" w:rsidRDefault="00000000">
            <w:pPr>
              <w:rPr>
                <w:rFonts w:ascii="Arial" w:hAnsi="Arial" w:cs="Arial"/>
              </w:rPr>
            </w:pPr>
            <w:r w:rsidRPr="00A22248">
              <w:rPr>
                <w:rFonts w:ascii="Arial" w:hAnsi="Arial" w:cs="Arial"/>
              </w:rPr>
              <w:t>Relationship to you:</w:t>
            </w:r>
            <w:r w:rsidRPr="00A22248">
              <w:rPr>
                <w:rFonts w:ascii="Arial" w:hAnsi="Arial" w:cs="Arial"/>
              </w:rPr>
              <w:br/>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1A067F29" w14:textId="77777777" w:rsidR="00252E5E" w:rsidRPr="00A22248" w:rsidRDefault="00000000">
            <w:pPr>
              <w:rPr>
                <w:rFonts w:ascii="Arial" w:hAnsi="Arial" w:cs="Arial"/>
              </w:rPr>
            </w:pPr>
            <w:r w:rsidRPr="00A22248">
              <w:rPr>
                <w:rFonts w:ascii="Arial" w:hAnsi="Arial" w:cs="Arial"/>
              </w:rPr>
              <w:t>Relationship to you:</w:t>
            </w:r>
            <w:r w:rsidRPr="00A22248">
              <w:rPr>
                <w:rFonts w:ascii="Arial" w:hAnsi="Arial" w:cs="Arial"/>
              </w:rPr>
              <w:br/>
            </w:r>
          </w:p>
        </w:tc>
      </w:tr>
      <w:tr w:rsidR="00252E5E" w:rsidRPr="00A22248" w14:paraId="2D9BB4CF" w14:textId="77777777">
        <w:trPr>
          <w:jc w:val="center"/>
        </w:trPr>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3B1C4373" w14:textId="77777777" w:rsidR="00252E5E" w:rsidRPr="00A22248" w:rsidRDefault="00000000">
            <w:pPr>
              <w:rPr>
                <w:rFonts w:ascii="Arial" w:hAnsi="Arial" w:cs="Arial"/>
              </w:rPr>
            </w:pPr>
            <w:r w:rsidRPr="00A22248">
              <w:rPr>
                <w:rFonts w:ascii="Arial" w:hAnsi="Arial" w:cs="Arial"/>
              </w:rPr>
              <w:t>Organisation:</w:t>
            </w:r>
            <w:r w:rsidRPr="00A22248">
              <w:rPr>
                <w:rFonts w:ascii="Arial" w:hAnsi="Arial" w:cs="Arial"/>
              </w:rPr>
              <w:br/>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46545DB5" w14:textId="77777777" w:rsidR="00252E5E" w:rsidRPr="00A22248" w:rsidRDefault="00000000">
            <w:pPr>
              <w:rPr>
                <w:rFonts w:ascii="Arial" w:hAnsi="Arial" w:cs="Arial"/>
              </w:rPr>
            </w:pPr>
            <w:r w:rsidRPr="00A22248">
              <w:rPr>
                <w:rFonts w:ascii="Arial" w:hAnsi="Arial" w:cs="Arial"/>
              </w:rPr>
              <w:t>Organisation:</w:t>
            </w:r>
            <w:r w:rsidRPr="00A22248">
              <w:rPr>
                <w:rFonts w:ascii="Arial" w:hAnsi="Arial" w:cs="Arial"/>
              </w:rPr>
              <w:br/>
            </w:r>
          </w:p>
        </w:tc>
      </w:tr>
      <w:tr w:rsidR="00252E5E" w:rsidRPr="00A22248" w14:paraId="0EAD2343" w14:textId="77777777">
        <w:trPr>
          <w:jc w:val="center"/>
        </w:trPr>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49742AB0" w14:textId="77777777" w:rsidR="00252E5E" w:rsidRPr="00A22248" w:rsidRDefault="00000000">
            <w:pPr>
              <w:rPr>
                <w:rFonts w:ascii="Arial" w:hAnsi="Arial" w:cs="Arial"/>
              </w:rPr>
            </w:pPr>
            <w:r w:rsidRPr="00A22248">
              <w:rPr>
                <w:rFonts w:ascii="Arial" w:hAnsi="Arial" w:cs="Arial"/>
              </w:rPr>
              <w:t>Address:</w:t>
            </w:r>
            <w:r w:rsidRPr="00A22248">
              <w:rPr>
                <w:rFonts w:ascii="Arial" w:hAnsi="Arial" w:cs="Arial"/>
              </w:rPr>
              <w:br/>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08967257" w14:textId="77777777" w:rsidR="00252E5E" w:rsidRPr="00A22248" w:rsidRDefault="00000000">
            <w:pPr>
              <w:rPr>
                <w:rFonts w:ascii="Arial" w:hAnsi="Arial" w:cs="Arial"/>
              </w:rPr>
            </w:pPr>
            <w:r w:rsidRPr="00A22248">
              <w:rPr>
                <w:rFonts w:ascii="Arial" w:hAnsi="Arial" w:cs="Arial"/>
              </w:rPr>
              <w:t>Address:</w:t>
            </w:r>
            <w:r w:rsidRPr="00A22248">
              <w:rPr>
                <w:rFonts w:ascii="Arial" w:hAnsi="Arial" w:cs="Arial"/>
              </w:rPr>
              <w:br/>
            </w:r>
          </w:p>
        </w:tc>
      </w:tr>
      <w:tr w:rsidR="00252E5E" w:rsidRPr="00A22248" w14:paraId="70326CAB" w14:textId="77777777">
        <w:trPr>
          <w:jc w:val="center"/>
        </w:trPr>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232E88E6" w14:textId="77777777" w:rsidR="00252E5E" w:rsidRPr="00A22248" w:rsidRDefault="00000000">
            <w:pPr>
              <w:rPr>
                <w:rFonts w:ascii="Arial" w:hAnsi="Arial" w:cs="Arial"/>
              </w:rPr>
            </w:pPr>
            <w:r w:rsidRPr="00A22248">
              <w:rPr>
                <w:rFonts w:ascii="Arial" w:hAnsi="Arial" w:cs="Arial"/>
              </w:rPr>
              <w:t>Telephone:</w:t>
            </w:r>
            <w:r w:rsidRPr="00A22248">
              <w:rPr>
                <w:rFonts w:ascii="Arial" w:hAnsi="Arial" w:cs="Arial"/>
              </w:rPr>
              <w:br/>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4B46A4F0" w14:textId="77777777" w:rsidR="00252E5E" w:rsidRPr="00A22248" w:rsidRDefault="00000000">
            <w:pPr>
              <w:rPr>
                <w:rFonts w:ascii="Arial" w:hAnsi="Arial" w:cs="Arial"/>
              </w:rPr>
            </w:pPr>
            <w:r w:rsidRPr="00A22248">
              <w:rPr>
                <w:rFonts w:ascii="Arial" w:hAnsi="Arial" w:cs="Arial"/>
              </w:rPr>
              <w:t>Telephone:</w:t>
            </w:r>
            <w:r w:rsidRPr="00A22248">
              <w:rPr>
                <w:rFonts w:ascii="Arial" w:hAnsi="Arial" w:cs="Arial"/>
              </w:rPr>
              <w:br/>
            </w:r>
          </w:p>
        </w:tc>
      </w:tr>
      <w:tr w:rsidR="00252E5E" w:rsidRPr="00A22248" w14:paraId="4F43A16B" w14:textId="77777777">
        <w:trPr>
          <w:jc w:val="center"/>
        </w:trPr>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597FC206" w14:textId="77777777" w:rsidR="00252E5E" w:rsidRPr="00A22248" w:rsidRDefault="00000000">
            <w:pPr>
              <w:rPr>
                <w:rFonts w:ascii="Arial" w:hAnsi="Arial" w:cs="Arial"/>
              </w:rPr>
            </w:pPr>
            <w:r w:rsidRPr="00A22248">
              <w:rPr>
                <w:rFonts w:ascii="Arial" w:hAnsi="Arial" w:cs="Arial"/>
              </w:rPr>
              <w:t>Email:</w:t>
            </w:r>
            <w:r w:rsidRPr="00A22248">
              <w:rPr>
                <w:rFonts w:ascii="Arial" w:hAnsi="Arial" w:cs="Arial"/>
              </w:rPr>
              <w:br/>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15433B38" w14:textId="77777777" w:rsidR="00252E5E" w:rsidRPr="00A22248" w:rsidRDefault="00000000">
            <w:pPr>
              <w:rPr>
                <w:rFonts w:ascii="Arial" w:hAnsi="Arial" w:cs="Arial"/>
              </w:rPr>
            </w:pPr>
            <w:r w:rsidRPr="00A22248">
              <w:rPr>
                <w:rFonts w:ascii="Arial" w:hAnsi="Arial" w:cs="Arial"/>
              </w:rPr>
              <w:t>Email:</w:t>
            </w:r>
            <w:r w:rsidRPr="00A22248">
              <w:rPr>
                <w:rFonts w:ascii="Arial" w:hAnsi="Arial" w:cs="Arial"/>
              </w:rPr>
              <w:br/>
            </w:r>
          </w:p>
        </w:tc>
      </w:tr>
      <w:tr w:rsidR="00252E5E" w:rsidRPr="00A22248" w14:paraId="2DBC25AF" w14:textId="77777777">
        <w:trPr>
          <w:jc w:val="center"/>
        </w:trPr>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70946A0C" w14:textId="77777777" w:rsidR="00252E5E" w:rsidRPr="00A22248" w:rsidRDefault="00000000">
            <w:pPr>
              <w:rPr>
                <w:rFonts w:ascii="Arial" w:hAnsi="Arial" w:cs="Arial"/>
              </w:rPr>
            </w:pPr>
            <w:r w:rsidRPr="00A22248">
              <w:rPr>
                <w:rFonts w:ascii="Arial" w:hAnsi="Arial" w:cs="Arial"/>
              </w:rPr>
              <w:t xml:space="preserve">May we contact before interview? </w:t>
            </w:r>
            <w:r w:rsidRPr="00A22248">
              <w:rPr>
                <w:rFonts w:ascii="Segoe UI Symbol" w:hAnsi="Segoe UI Symbol" w:cs="Segoe UI Symbol"/>
              </w:rPr>
              <w:t>☐</w:t>
            </w:r>
            <w:r w:rsidRPr="00A22248">
              <w:rPr>
                <w:rFonts w:ascii="Arial" w:hAnsi="Arial" w:cs="Arial"/>
              </w:rPr>
              <w:t xml:space="preserve"> Yes </w:t>
            </w:r>
            <w:r w:rsidRPr="00A22248">
              <w:rPr>
                <w:rFonts w:ascii="Segoe UI Symbol" w:hAnsi="Segoe UI Symbol" w:cs="Segoe UI Symbol"/>
              </w:rPr>
              <w:t>☐</w:t>
            </w:r>
            <w:r w:rsidRPr="00A22248">
              <w:rPr>
                <w:rFonts w:ascii="Arial" w:hAnsi="Arial" w:cs="Arial"/>
              </w:rPr>
              <w:t xml:space="preserve"> No:</w:t>
            </w:r>
            <w:r w:rsidRPr="00A22248">
              <w:rPr>
                <w:rFonts w:ascii="Arial" w:hAnsi="Arial" w:cs="Arial"/>
              </w:rPr>
              <w:br/>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tcPr>
          <w:p w14:paraId="08B548F2" w14:textId="77777777" w:rsidR="00252E5E" w:rsidRPr="00A22248" w:rsidRDefault="00000000">
            <w:pPr>
              <w:rPr>
                <w:rFonts w:ascii="Arial" w:hAnsi="Arial" w:cs="Arial"/>
              </w:rPr>
            </w:pPr>
            <w:r w:rsidRPr="00A22248">
              <w:rPr>
                <w:rFonts w:ascii="Arial" w:hAnsi="Arial" w:cs="Arial"/>
              </w:rPr>
              <w:t xml:space="preserve">May we contact before interview? </w:t>
            </w:r>
            <w:r w:rsidRPr="00A22248">
              <w:rPr>
                <w:rFonts w:ascii="Segoe UI Symbol" w:hAnsi="Segoe UI Symbol" w:cs="Segoe UI Symbol"/>
              </w:rPr>
              <w:t>☐</w:t>
            </w:r>
            <w:r w:rsidRPr="00A22248">
              <w:rPr>
                <w:rFonts w:ascii="Arial" w:hAnsi="Arial" w:cs="Arial"/>
              </w:rPr>
              <w:t xml:space="preserve"> Yes </w:t>
            </w:r>
            <w:r w:rsidRPr="00A22248">
              <w:rPr>
                <w:rFonts w:ascii="Segoe UI Symbol" w:hAnsi="Segoe UI Symbol" w:cs="Segoe UI Symbol"/>
              </w:rPr>
              <w:t>☐</w:t>
            </w:r>
            <w:r w:rsidRPr="00A22248">
              <w:rPr>
                <w:rFonts w:ascii="Arial" w:hAnsi="Arial" w:cs="Arial"/>
              </w:rPr>
              <w:t xml:space="preserve"> No:</w:t>
            </w:r>
            <w:r w:rsidRPr="00A22248">
              <w:rPr>
                <w:rFonts w:ascii="Arial" w:hAnsi="Arial" w:cs="Arial"/>
              </w:rPr>
              <w:br/>
            </w:r>
          </w:p>
        </w:tc>
      </w:tr>
    </w:tbl>
    <w:p w14:paraId="25FE8623" w14:textId="77777777" w:rsidR="00252E5E" w:rsidRPr="00A22248" w:rsidRDefault="00000000">
      <w:pPr>
        <w:pStyle w:val="Heading1"/>
        <w:rPr>
          <w:rFonts w:ascii="Arial" w:hAnsi="Arial" w:cs="Arial"/>
        </w:rPr>
      </w:pPr>
      <w:r w:rsidRPr="00A22248">
        <w:rPr>
          <w:rFonts w:ascii="Arial" w:hAnsi="Arial" w:cs="Arial"/>
        </w:rPr>
        <w:t>Section F — Declaration</w:t>
      </w:r>
    </w:p>
    <w:p w14:paraId="306CC535" w14:textId="77777777" w:rsidR="00252E5E" w:rsidRPr="00A22248" w:rsidRDefault="00000000">
      <w:pPr>
        <w:rPr>
          <w:rFonts w:ascii="Arial" w:hAnsi="Arial" w:cs="Arial"/>
        </w:rPr>
      </w:pPr>
      <w:r w:rsidRPr="00A22248">
        <w:rPr>
          <w:rFonts w:ascii="Arial" w:hAnsi="Arial" w:cs="Arial"/>
        </w:rPr>
        <w:t>I confirm that the information I have provided in this application is true and complete to the best of my knowledge. I understand that providing false information or deliberately omitting relevant information may result in withdrawal of an offer or, if appointed, disciplinary action which could include dismissal.</w:t>
      </w:r>
    </w:p>
    <w:tbl>
      <w:tblPr>
        <w:tblW w:w="0" w:type="auto"/>
        <w:tblLook w:val="04A0" w:firstRow="1" w:lastRow="0" w:firstColumn="1" w:lastColumn="0" w:noHBand="0" w:noVBand="1"/>
      </w:tblPr>
      <w:tblGrid>
        <w:gridCol w:w="5107"/>
        <w:gridCol w:w="5107"/>
      </w:tblGrid>
      <w:tr w:rsidR="00252E5E" w:rsidRPr="00A22248" w14:paraId="571868B9"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57D64996" w14:textId="77777777" w:rsidR="00252E5E" w:rsidRPr="00A22248" w:rsidRDefault="00000000">
            <w:pPr>
              <w:rPr>
                <w:rFonts w:ascii="Arial" w:hAnsi="Arial" w:cs="Arial"/>
              </w:rPr>
            </w:pPr>
            <w:r w:rsidRPr="00A22248">
              <w:rPr>
                <w:rFonts w:ascii="Arial" w:hAnsi="Arial" w:cs="Arial"/>
                <w:b/>
              </w:rPr>
              <w:t>Applicant signature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2D1D655" w14:textId="77777777" w:rsidR="00252E5E" w:rsidRPr="00A22248" w:rsidRDefault="00000000">
            <w:pPr>
              <w:rPr>
                <w:rFonts w:ascii="Arial" w:hAnsi="Arial" w:cs="Arial"/>
              </w:rPr>
            </w:pPr>
            <w:r w:rsidRPr="00A22248">
              <w:rPr>
                <w:rFonts w:ascii="Arial" w:hAnsi="Arial" w:cs="Arial"/>
                <w:i/>
                <w:color w:val="5F5F5F"/>
                <w:sz w:val="18"/>
              </w:rPr>
              <w:t>Typed name is acceptable if submitting electronically</w:t>
            </w:r>
          </w:p>
        </w:tc>
      </w:tr>
      <w:tr w:rsidR="00252E5E" w:rsidRPr="00A22248" w14:paraId="70164954"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5E7665FC" w14:textId="77777777" w:rsidR="00252E5E" w:rsidRPr="00A22248" w:rsidRDefault="00000000">
            <w:pPr>
              <w:rPr>
                <w:rFonts w:ascii="Arial" w:hAnsi="Arial" w:cs="Arial"/>
              </w:rPr>
            </w:pPr>
            <w:r w:rsidRPr="00A22248">
              <w:rPr>
                <w:rFonts w:ascii="Arial" w:hAnsi="Arial" w:cs="Arial"/>
                <w:b/>
              </w:rPr>
              <w:t>Date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7F335A25" w14:textId="77777777" w:rsidR="00252E5E" w:rsidRPr="00A22248" w:rsidRDefault="00252E5E">
            <w:pPr>
              <w:rPr>
                <w:rFonts w:ascii="Arial" w:hAnsi="Arial" w:cs="Arial"/>
              </w:rPr>
            </w:pPr>
          </w:p>
        </w:tc>
      </w:tr>
    </w:tbl>
    <w:p w14:paraId="22082084" w14:textId="77777777" w:rsidR="00252E5E" w:rsidRPr="00A22248" w:rsidRDefault="00252E5E">
      <w:pPr>
        <w:rPr>
          <w:rFonts w:ascii="Arial" w:hAnsi="Arial" w:cs="Arial"/>
        </w:rPr>
        <w:sectPr w:rsidR="00252E5E" w:rsidRPr="00A22248">
          <w:headerReference w:type="default" r:id="rId9"/>
          <w:footerReference w:type="default" r:id="rId10"/>
          <w:pgSz w:w="12240" w:h="15840"/>
          <w:pgMar w:top="936" w:right="1008" w:bottom="936" w:left="1008" w:header="720" w:footer="720" w:gutter="0"/>
          <w:cols w:space="720"/>
          <w:docGrid w:linePitch="360"/>
        </w:sectPr>
      </w:pPr>
    </w:p>
    <w:p w14:paraId="2CD42B51" w14:textId="77777777" w:rsidR="00252E5E" w:rsidRPr="00A22248" w:rsidRDefault="00000000">
      <w:pPr>
        <w:pStyle w:val="Heading1"/>
        <w:rPr>
          <w:rFonts w:ascii="Arial" w:hAnsi="Arial" w:cs="Arial"/>
        </w:rPr>
      </w:pPr>
      <w:r w:rsidRPr="00A22248">
        <w:rPr>
          <w:rFonts w:ascii="Arial" w:hAnsi="Arial" w:cs="Arial"/>
        </w:rPr>
        <w:lastRenderedPageBreak/>
        <w:t>Confidential Equal Opportunities Monitoring Form</w:t>
      </w:r>
    </w:p>
    <w:tbl>
      <w:tblPr>
        <w:tblW w:w="0" w:type="auto"/>
        <w:jc w:val="center"/>
        <w:tblLook w:val="04A0" w:firstRow="1" w:lastRow="0" w:firstColumn="1" w:lastColumn="0" w:noHBand="0" w:noVBand="1"/>
      </w:tblPr>
      <w:tblGrid>
        <w:gridCol w:w="10204"/>
      </w:tblGrid>
      <w:tr w:rsidR="00252E5E" w:rsidRPr="00A22248" w14:paraId="0FFFFD11" w14:textId="77777777">
        <w:trPr>
          <w:jc w:val="center"/>
        </w:trPr>
        <w:tc>
          <w:tcPr>
            <w:tcW w:w="10224" w:type="dxa"/>
            <w:tcBorders>
              <w:top w:val="single" w:sz="8" w:space="0" w:color="9DC3D4"/>
              <w:left w:val="single" w:sz="8" w:space="0" w:color="9DC3D4"/>
              <w:bottom w:val="single" w:sz="8" w:space="0" w:color="9DC3D4"/>
              <w:right w:val="single" w:sz="8" w:space="0" w:color="9DC3D4"/>
            </w:tcBorders>
            <w:shd w:val="clear" w:color="auto" w:fill="EAF3F8"/>
            <w:tcMar>
              <w:top w:w="140" w:type="dxa"/>
              <w:left w:w="160" w:type="dxa"/>
              <w:bottom w:w="140" w:type="dxa"/>
              <w:right w:w="160" w:type="dxa"/>
            </w:tcMar>
          </w:tcPr>
          <w:p w14:paraId="628E8137" w14:textId="77777777" w:rsidR="00252E5E" w:rsidRPr="00A22248" w:rsidRDefault="00000000">
            <w:pPr>
              <w:rPr>
                <w:rFonts w:ascii="Arial" w:hAnsi="Arial" w:cs="Arial"/>
              </w:rPr>
            </w:pPr>
            <w:r w:rsidRPr="00A22248">
              <w:rPr>
                <w:rFonts w:ascii="Arial" w:hAnsi="Arial" w:cs="Arial"/>
                <w:b/>
                <w:color w:val="1F4E79"/>
              </w:rPr>
              <w:t xml:space="preserve">Confidential: </w:t>
            </w:r>
            <w:r w:rsidRPr="00A22248">
              <w:rPr>
                <w:rFonts w:ascii="Arial" w:hAnsi="Arial" w:cs="Arial"/>
              </w:rPr>
              <w:t>This form is optional. It will be separated from your application on receipt and will not be used in shortlisting or selection. Information will be used only to monitor fairness and improve recruitment practice.</w:t>
            </w:r>
          </w:p>
        </w:tc>
      </w:tr>
    </w:tbl>
    <w:p w14:paraId="6A9C1FBC" w14:textId="77777777" w:rsidR="00252E5E" w:rsidRPr="00A22248" w:rsidRDefault="00252E5E">
      <w:pPr>
        <w:rPr>
          <w:rFonts w:ascii="Arial" w:hAnsi="Arial" w:cs="Arial"/>
        </w:rPr>
      </w:pPr>
    </w:p>
    <w:tbl>
      <w:tblPr>
        <w:tblW w:w="0" w:type="auto"/>
        <w:tblLook w:val="04A0" w:firstRow="1" w:lastRow="0" w:firstColumn="1" w:lastColumn="0" w:noHBand="0" w:noVBand="1"/>
      </w:tblPr>
      <w:tblGrid>
        <w:gridCol w:w="5107"/>
        <w:gridCol w:w="5107"/>
      </w:tblGrid>
      <w:tr w:rsidR="00252E5E" w:rsidRPr="00A22248" w14:paraId="382836BC"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027A4FBC" w14:textId="77777777" w:rsidR="00252E5E" w:rsidRPr="00A22248" w:rsidRDefault="00000000">
            <w:pPr>
              <w:rPr>
                <w:rFonts w:ascii="Arial" w:hAnsi="Arial" w:cs="Arial"/>
              </w:rPr>
            </w:pPr>
            <w:r w:rsidRPr="00A22248">
              <w:rPr>
                <w:rFonts w:ascii="Arial" w:hAnsi="Arial" w:cs="Arial"/>
                <w:b/>
              </w:rPr>
              <w:t>Post applied for</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9518A02" w14:textId="77777777" w:rsidR="00252E5E" w:rsidRPr="00A22248" w:rsidRDefault="00252E5E">
            <w:pPr>
              <w:rPr>
                <w:rFonts w:ascii="Arial" w:hAnsi="Arial" w:cs="Arial"/>
              </w:rPr>
            </w:pPr>
          </w:p>
        </w:tc>
      </w:tr>
      <w:tr w:rsidR="00252E5E" w:rsidRPr="00A22248" w14:paraId="30A95AC2"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79C8AA21" w14:textId="77777777" w:rsidR="00252E5E" w:rsidRPr="00A22248" w:rsidRDefault="00000000">
            <w:pPr>
              <w:rPr>
                <w:rFonts w:ascii="Arial" w:hAnsi="Arial" w:cs="Arial"/>
              </w:rPr>
            </w:pPr>
            <w:r w:rsidRPr="00A22248">
              <w:rPr>
                <w:rFonts w:ascii="Arial" w:hAnsi="Arial" w:cs="Arial"/>
                <w:b/>
              </w:rPr>
              <w:t>Closing date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2339A0B" w14:textId="77777777" w:rsidR="00252E5E" w:rsidRPr="00A22248" w:rsidRDefault="00252E5E">
            <w:pPr>
              <w:rPr>
                <w:rFonts w:ascii="Arial" w:hAnsi="Arial" w:cs="Arial"/>
              </w:rPr>
            </w:pPr>
          </w:p>
        </w:tc>
      </w:tr>
      <w:tr w:rsidR="00252E5E" w:rsidRPr="00A22248" w14:paraId="0DFD2668"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6C0B983E" w14:textId="77777777" w:rsidR="00252E5E" w:rsidRPr="00A22248" w:rsidRDefault="00000000">
            <w:pPr>
              <w:rPr>
                <w:rFonts w:ascii="Arial" w:hAnsi="Arial" w:cs="Arial"/>
              </w:rPr>
            </w:pPr>
            <w:r w:rsidRPr="00A22248">
              <w:rPr>
                <w:rFonts w:ascii="Arial" w:hAnsi="Arial" w:cs="Arial"/>
                <w:b/>
              </w:rPr>
              <w:t>Where did you hear about this role?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3DC8593" w14:textId="77777777" w:rsidR="00252E5E" w:rsidRPr="00A22248" w:rsidRDefault="00000000">
            <w:pPr>
              <w:rPr>
                <w:rFonts w:ascii="Arial" w:hAnsi="Arial" w:cs="Arial"/>
              </w:rPr>
            </w:pPr>
            <w:r w:rsidRPr="00A22248">
              <w:rPr>
                <w:rFonts w:ascii="Arial" w:hAnsi="Arial" w:cs="Arial"/>
              </w:rPr>
              <w:br/>
            </w:r>
          </w:p>
        </w:tc>
      </w:tr>
    </w:tbl>
    <w:p w14:paraId="43B71AA1" w14:textId="77777777" w:rsidR="00252E5E" w:rsidRPr="00A22248" w:rsidRDefault="00000000">
      <w:pPr>
        <w:pStyle w:val="Heading2"/>
        <w:rPr>
          <w:rFonts w:ascii="Arial" w:hAnsi="Arial" w:cs="Arial"/>
        </w:rPr>
      </w:pPr>
      <w:r w:rsidRPr="00A22248">
        <w:rPr>
          <w:rFonts w:ascii="Arial" w:hAnsi="Arial" w:cs="Arial"/>
        </w:rPr>
        <w:t>Monitoring questions — all optional</w:t>
      </w:r>
    </w:p>
    <w:p w14:paraId="62856AD4" w14:textId="77777777" w:rsidR="00252E5E" w:rsidRPr="00A22248" w:rsidRDefault="00000000">
      <w:pPr>
        <w:rPr>
          <w:rFonts w:ascii="Arial" w:hAnsi="Arial" w:cs="Arial"/>
        </w:rPr>
      </w:pPr>
      <w:r w:rsidRPr="00A22248">
        <w:rPr>
          <w:rFonts w:ascii="Arial" w:hAnsi="Arial" w:cs="Arial"/>
          <w:b/>
        </w:rPr>
        <w:t>Sex / gender</w:t>
      </w:r>
    </w:p>
    <w:p w14:paraId="336026C6"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Woman     </w:t>
      </w:r>
      <w:r w:rsidRPr="00A22248">
        <w:rPr>
          <w:rFonts w:ascii="Segoe UI Symbol" w:hAnsi="Segoe UI Symbol" w:cs="Segoe UI Symbol"/>
        </w:rPr>
        <w:t>☐</w:t>
      </w:r>
      <w:r w:rsidRPr="00A22248">
        <w:rPr>
          <w:rFonts w:ascii="Arial" w:hAnsi="Arial" w:cs="Arial"/>
        </w:rPr>
        <w:t xml:space="preserve"> Man     </w:t>
      </w:r>
      <w:r w:rsidRPr="00A22248">
        <w:rPr>
          <w:rFonts w:ascii="Segoe UI Symbol" w:hAnsi="Segoe UI Symbol" w:cs="Segoe UI Symbol"/>
        </w:rPr>
        <w:t>☐</w:t>
      </w:r>
      <w:r w:rsidRPr="00A22248">
        <w:rPr>
          <w:rFonts w:ascii="Arial" w:hAnsi="Arial" w:cs="Arial"/>
        </w:rPr>
        <w:t xml:space="preserve"> Non-binary     </w:t>
      </w:r>
      <w:r w:rsidRPr="00A22248">
        <w:rPr>
          <w:rFonts w:ascii="Segoe UI Symbol" w:hAnsi="Segoe UI Symbol" w:cs="Segoe UI Symbol"/>
        </w:rPr>
        <w:t>☐</w:t>
      </w:r>
      <w:r w:rsidRPr="00A22248">
        <w:rPr>
          <w:rFonts w:ascii="Arial" w:hAnsi="Arial" w:cs="Arial"/>
        </w:rPr>
        <w:t xml:space="preserve"> In another way     </w:t>
      </w:r>
      <w:r w:rsidRPr="00A22248">
        <w:rPr>
          <w:rFonts w:ascii="Segoe UI Symbol" w:hAnsi="Segoe UI Symbol" w:cs="Segoe UI Symbol"/>
        </w:rPr>
        <w:t>☐</w:t>
      </w:r>
      <w:r w:rsidRPr="00A22248">
        <w:rPr>
          <w:rFonts w:ascii="Arial" w:hAnsi="Arial" w:cs="Arial"/>
        </w:rPr>
        <w:t xml:space="preserve"> Prefer not to say</w:t>
      </w:r>
    </w:p>
    <w:p w14:paraId="0ABC5904" w14:textId="77777777" w:rsidR="00252E5E" w:rsidRPr="00A22248" w:rsidRDefault="00000000">
      <w:pPr>
        <w:rPr>
          <w:rFonts w:ascii="Arial" w:hAnsi="Arial" w:cs="Arial"/>
        </w:rPr>
      </w:pPr>
      <w:r w:rsidRPr="00A22248">
        <w:rPr>
          <w:rFonts w:ascii="Arial" w:hAnsi="Arial" w:cs="Arial"/>
          <w:b/>
        </w:rPr>
        <w:t>Is your gender identity the same as the sex you were registered at birth?</w:t>
      </w:r>
    </w:p>
    <w:p w14:paraId="76AFB52F"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Yes     </w:t>
      </w:r>
      <w:r w:rsidRPr="00A22248">
        <w:rPr>
          <w:rFonts w:ascii="Segoe UI Symbol" w:hAnsi="Segoe UI Symbol" w:cs="Segoe UI Symbol"/>
        </w:rPr>
        <w:t>☐</w:t>
      </w:r>
      <w:r w:rsidRPr="00A22248">
        <w:rPr>
          <w:rFonts w:ascii="Arial" w:hAnsi="Arial" w:cs="Arial"/>
        </w:rPr>
        <w:t xml:space="preserve"> No     </w:t>
      </w:r>
      <w:r w:rsidRPr="00A22248">
        <w:rPr>
          <w:rFonts w:ascii="Segoe UI Symbol" w:hAnsi="Segoe UI Symbol" w:cs="Segoe UI Symbol"/>
        </w:rPr>
        <w:t>☐</w:t>
      </w:r>
      <w:r w:rsidRPr="00A22248">
        <w:rPr>
          <w:rFonts w:ascii="Arial" w:hAnsi="Arial" w:cs="Arial"/>
        </w:rPr>
        <w:t xml:space="preserve"> Prefer not to say</w:t>
      </w:r>
    </w:p>
    <w:p w14:paraId="4DC6B7E5" w14:textId="77777777" w:rsidR="00252E5E" w:rsidRPr="00A22248" w:rsidRDefault="00000000">
      <w:pPr>
        <w:rPr>
          <w:rFonts w:ascii="Arial" w:hAnsi="Arial" w:cs="Arial"/>
        </w:rPr>
      </w:pPr>
      <w:r w:rsidRPr="00A22248">
        <w:rPr>
          <w:rFonts w:ascii="Arial" w:hAnsi="Arial" w:cs="Arial"/>
          <w:b/>
        </w:rPr>
        <w:t>Age group</w:t>
      </w:r>
    </w:p>
    <w:p w14:paraId="5B89B4B7"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16–17     </w:t>
      </w:r>
      <w:r w:rsidRPr="00A22248">
        <w:rPr>
          <w:rFonts w:ascii="Segoe UI Symbol" w:hAnsi="Segoe UI Symbol" w:cs="Segoe UI Symbol"/>
        </w:rPr>
        <w:t>☐</w:t>
      </w:r>
      <w:r w:rsidRPr="00A22248">
        <w:rPr>
          <w:rFonts w:ascii="Arial" w:hAnsi="Arial" w:cs="Arial"/>
        </w:rPr>
        <w:t xml:space="preserve"> 18–24     </w:t>
      </w:r>
      <w:r w:rsidRPr="00A22248">
        <w:rPr>
          <w:rFonts w:ascii="Segoe UI Symbol" w:hAnsi="Segoe UI Symbol" w:cs="Segoe UI Symbol"/>
        </w:rPr>
        <w:t>☐</w:t>
      </w:r>
      <w:r w:rsidRPr="00A22248">
        <w:rPr>
          <w:rFonts w:ascii="Arial" w:hAnsi="Arial" w:cs="Arial"/>
        </w:rPr>
        <w:t xml:space="preserve"> 25–34     </w:t>
      </w:r>
      <w:r w:rsidRPr="00A22248">
        <w:rPr>
          <w:rFonts w:ascii="Segoe UI Symbol" w:hAnsi="Segoe UI Symbol" w:cs="Segoe UI Symbol"/>
        </w:rPr>
        <w:t>☐</w:t>
      </w:r>
      <w:r w:rsidRPr="00A22248">
        <w:rPr>
          <w:rFonts w:ascii="Arial" w:hAnsi="Arial" w:cs="Arial"/>
        </w:rPr>
        <w:t xml:space="preserve"> 35–44     </w:t>
      </w:r>
      <w:r w:rsidRPr="00A22248">
        <w:rPr>
          <w:rFonts w:ascii="Segoe UI Symbol" w:hAnsi="Segoe UI Symbol" w:cs="Segoe UI Symbol"/>
        </w:rPr>
        <w:t>☐</w:t>
      </w:r>
      <w:r w:rsidRPr="00A22248">
        <w:rPr>
          <w:rFonts w:ascii="Arial" w:hAnsi="Arial" w:cs="Arial"/>
        </w:rPr>
        <w:t xml:space="preserve"> 45–54     </w:t>
      </w:r>
      <w:r w:rsidRPr="00A22248">
        <w:rPr>
          <w:rFonts w:ascii="Segoe UI Symbol" w:hAnsi="Segoe UI Symbol" w:cs="Segoe UI Symbol"/>
        </w:rPr>
        <w:t>☐</w:t>
      </w:r>
      <w:r w:rsidRPr="00A22248">
        <w:rPr>
          <w:rFonts w:ascii="Arial" w:hAnsi="Arial" w:cs="Arial"/>
        </w:rPr>
        <w:t xml:space="preserve"> 55–64     </w:t>
      </w:r>
      <w:r w:rsidRPr="00A22248">
        <w:rPr>
          <w:rFonts w:ascii="Segoe UI Symbol" w:hAnsi="Segoe UI Symbol" w:cs="Segoe UI Symbol"/>
        </w:rPr>
        <w:t>☐</w:t>
      </w:r>
      <w:r w:rsidRPr="00A22248">
        <w:rPr>
          <w:rFonts w:ascii="Arial" w:hAnsi="Arial" w:cs="Arial"/>
        </w:rPr>
        <w:t xml:space="preserve"> 65+     </w:t>
      </w:r>
      <w:r w:rsidRPr="00A22248">
        <w:rPr>
          <w:rFonts w:ascii="Segoe UI Symbol" w:hAnsi="Segoe UI Symbol" w:cs="Segoe UI Symbol"/>
        </w:rPr>
        <w:t>☐</w:t>
      </w:r>
      <w:r w:rsidRPr="00A22248">
        <w:rPr>
          <w:rFonts w:ascii="Arial" w:hAnsi="Arial" w:cs="Arial"/>
        </w:rPr>
        <w:t xml:space="preserve"> Prefer not to say</w:t>
      </w:r>
    </w:p>
    <w:p w14:paraId="4CE6B93B" w14:textId="77777777" w:rsidR="00252E5E" w:rsidRPr="00A22248" w:rsidRDefault="00000000">
      <w:pPr>
        <w:rPr>
          <w:rFonts w:ascii="Arial" w:hAnsi="Arial" w:cs="Arial"/>
        </w:rPr>
      </w:pPr>
      <w:r w:rsidRPr="00A22248">
        <w:rPr>
          <w:rFonts w:ascii="Arial" w:hAnsi="Arial" w:cs="Arial"/>
          <w:b/>
        </w:rPr>
        <w:t>Disability</w:t>
      </w:r>
    </w:p>
    <w:p w14:paraId="4A5CE3BA"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Yes     </w:t>
      </w:r>
      <w:r w:rsidRPr="00A22248">
        <w:rPr>
          <w:rFonts w:ascii="Segoe UI Symbol" w:hAnsi="Segoe UI Symbol" w:cs="Segoe UI Symbol"/>
        </w:rPr>
        <w:t>☐</w:t>
      </w:r>
      <w:r w:rsidRPr="00A22248">
        <w:rPr>
          <w:rFonts w:ascii="Arial" w:hAnsi="Arial" w:cs="Arial"/>
        </w:rPr>
        <w:t xml:space="preserve"> No     </w:t>
      </w:r>
      <w:r w:rsidRPr="00A22248">
        <w:rPr>
          <w:rFonts w:ascii="Segoe UI Symbol" w:hAnsi="Segoe UI Symbol" w:cs="Segoe UI Symbol"/>
        </w:rPr>
        <w:t>☐</w:t>
      </w:r>
      <w:r w:rsidRPr="00A22248">
        <w:rPr>
          <w:rFonts w:ascii="Arial" w:hAnsi="Arial" w:cs="Arial"/>
        </w:rPr>
        <w:t xml:space="preserve"> Prefer not to say</w:t>
      </w:r>
    </w:p>
    <w:p w14:paraId="6899217F" w14:textId="77777777" w:rsidR="00252E5E" w:rsidRPr="00A22248" w:rsidRDefault="00000000">
      <w:pPr>
        <w:rPr>
          <w:rFonts w:ascii="Arial" w:hAnsi="Arial" w:cs="Arial"/>
        </w:rPr>
      </w:pPr>
      <w:r w:rsidRPr="00A22248">
        <w:rPr>
          <w:rFonts w:ascii="Arial" w:hAnsi="Arial" w:cs="Arial"/>
          <w:b/>
        </w:rPr>
        <w:t>Ethnic group</w:t>
      </w:r>
    </w:p>
    <w:p w14:paraId="55A6F78D"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Asian, Asian British or Asian Welsh     </w:t>
      </w:r>
      <w:r w:rsidRPr="00A22248">
        <w:rPr>
          <w:rFonts w:ascii="Segoe UI Symbol" w:hAnsi="Segoe UI Symbol" w:cs="Segoe UI Symbol"/>
        </w:rPr>
        <w:t>☐</w:t>
      </w:r>
      <w:r w:rsidRPr="00A22248">
        <w:rPr>
          <w:rFonts w:ascii="Arial" w:hAnsi="Arial" w:cs="Arial"/>
        </w:rPr>
        <w:t xml:space="preserve"> Black, Black British, Black Welsh, Caribbean or African     </w:t>
      </w:r>
      <w:r w:rsidRPr="00A22248">
        <w:rPr>
          <w:rFonts w:ascii="Segoe UI Symbol" w:hAnsi="Segoe UI Symbol" w:cs="Segoe UI Symbol"/>
        </w:rPr>
        <w:t>☐</w:t>
      </w:r>
      <w:r w:rsidRPr="00A22248">
        <w:rPr>
          <w:rFonts w:ascii="Arial" w:hAnsi="Arial" w:cs="Arial"/>
        </w:rPr>
        <w:t xml:space="preserve"> Mixed or multiple ethnic groups     </w:t>
      </w:r>
      <w:r w:rsidRPr="00A22248">
        <w:rPr>
          <w:rFonts w:ascii="Segoe UI Symbol" w:hAnsi="Segoe UI Symbol" w:cs="Segoe UI Symbol"/>
        </w:rPr>
        <w:t>☐</w:t>
      </w:r>
      <w:r w:rsidRPr="00A22248">
        <w:rPr>
          <w:rFonts w:ascii="Arial" w:hAnsi="Arial" w:cs="Arial"/>
        </w:rPr>
        <w:t xml:space="preserve"> White     </w:t>
      </w:r>
      <w:r w:rsidRPr="00A22248">
        <w:rPr>
          <w:rFonts w:ascii="Segoe UI Symbol" w:hAnsi="Segoe UI Symbol" w:cs="Segoe UI Symbol"/>
        </w:rPr>
        <w:t>☐</w:t>
      </w:r>
      <w:r w:rsidRPr="00A22248">
        <w:rPr>
          <w:rFonts w:ascii="Arial" w:hAnsi="Arial" w:cs="Arial"/>
        </w:rPr>
        <w:t xml:space="preserve"> Other ethnic group     </w:t>
      </w:r>
      <w:r w:rsidRPr="00A22248">
        <w:rPr>
          <w:rFonts w:ascii="Segoe UI Symbol" w:hAnsi="Segoe UI Symbol" w:cs="Segoe UI Symbol"/>
        </w:rPr>
        <w:t>☐</w:t>
      </w:r>
      <w:r w:rsidRPr="00A22248">
        <w:rPr>
          <w:rFonts w:ascii="Arial" w:hAnsi="Arial" w:cs="Arial"/>
        </w:rPr>
        <w:t xml:space="preserve"> Prefer not to say</w:t>
      </w:r>
    </w:p>
    <w:p w14:paraId="0173C414" w14:textId="77777777" w:rsidR="00252E5E" w:rsidRPr="00A22248" w:rsidRDefault="00000000">
      <w:pPr>
        <w:rPr>
          <w:rFonts w:ascii="Arial" w:hAnsi="Arial" w:cs="Arial"/>
        </w:rPr>
      </w:pPr>
      <w:r w:rsidRPr="00A22248">
        <w:rPr>
          <w:rFonts w:ascii="Arial" w:hAnsi="Arial" w:cs="Arial"/>
          <w:b/>
        </w:rPr>
        <w:t>Religion or belief</w:t>
      </w:r>
    </w:p>
    <w:p w14:paraId="5135DD4D"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No religion     </w:t>
      </w:r>
      <w:r w:rsidRPr="00A22248">
        <w:rPr>
          <w:rFonts w:ascii="Segoe UI Symbol" w:hAnsi="Segoe UI Symbol" w:cs="Segoe UI Symbol"/>
        </w:rPr>
        <w:t>☐</w:t>
      </w:r>
      <w:r w:rsidRPr="00A22248">
        <w:rPr>
          <w:rFonts w:ascii="Arial" w:hAnsi="Arial" w:cs="Arial"/>
        </w:rPr>
        <w:t xml:space="preserve"> Christian     </w:t>
      </w:r>
      <w:r w:rsidRPr="00A22248">
        <w:rPr>
          <w:rFonts w:ascii="Segoe UI Symbol" w:hAnsi="Segoe UI Symbol" w:cs="Segoe UI Symbol"/>
        </w:rPr>
        <w:t>☐</w:t>
      </w:r>
      <w:r w:rsidRPr="00A22248">
        <w:rPr>
          <w:rFonts w:ascii="Arial" w:hAnsi="Arial" w:cs="Arial"/>
        </w:rPr>
        <w:t xml:space="preserve"> Buddhist     </w:t>
      </w:r>
      <w:r w:rsidRPr="00A22248">
        <w:rPr>
          <w:rFonts w:ascii="Segoe UI Symbol" w:hAnsi="Segoe UI Symbol" w:cs="Segoe UI Symbol"/>
        </w:rPr>
        <w:t>☐</w:t>
      </w:r>
      <w:r w:rsidRPr="00A22248">
        <w:rPr>
          <w:rFonts w:ascii="Arial" w:hAnsi="Arial" w:cs="Arial"/>
        </w:rPr>
        <w:t xml:space="preserve"> Hindu     </w:t>
      </w:r>
      <w:r w:rsidRPr="00A22248">
        <w:rPr>
          <w:rFonts w:ascii="Segoe UI Symbol" w:hAnsi="Segoe UI Symbol" w:cs="Segoe UI Symbol"/>
        </w:rPr>
        <w:t>☐</w:t>
      </w:r>
      <w:r w:rsidRPr="00A22248">
        <w:rPr>
          <w:rFonts w:ascii="Arial" w:hAnsi="Arial" w:cs="Arial"/>
        </w:rPr>
        <w:t xml:space="preserve"> Jewish     </w:t>
      </w:r>
      <w:r w:rsidRPr="00A22248">
        <w:rPr>
          <w:rFonts w:ascii="Segoe UI Symbol" w:hAnsi="Segoe UI Symbol" w:cs="Segoe UI Symbol"/>
        </w:rPr>
        <w:t>☐</w:t>
      </w:r>
      <w:r w:rsidRPr="00A22248">
        <w:rPr>
          <w:rFonts w:ascii="Arial" w:hAnsi="Arial" w:cs="Arial"/>
        </w:rPr>
        <w:t xml:space="preserve"> Muslim     </w:t>
      </w:r>
      <w:r w:rsidRPr="00A22248">
        <w:rPr>
          <w:rFonts w:ascii="Segoe UI Symbol" w:hAnsi="Segoe UI Symbol" w:cs="Segoe UI Symbol"/>
        </w:rPr>
        <w:t>☐</w:t>
      </w:r>
      <w:r w:rsidRPr="00A22248">
        <w:rPr>
          <w:rFonts w:ascii="Arial" w:hAnsi="Arial" w:cs="Arial"/>
        </w:rPr>
        <w:t xml:space="preserve"> Sikh     </w:t>
      </w:r>
      <w:r w:rsidRPr="00A22248">
        <w:rPr>
          <w:rFonts w:ascii="Segoe UI Symbol" w:hAnsi="Segoe UI Symbol" w:cs="Segoe UI Symbol"/>
        </w:rPr>
        <w:t>☐</w:t>
      </w:r>
      <w:r w:rsidRPr="00A22248">
        <w:rPr>
          <w:rFonts w:ascii="Arial" w:hAnsi="Arial" w:cs="Arial"/>
        </w:rPr>
        <w:t xml:space="preserve"> Other religion or belief     </w:t>
      </w:r>
      <w:r w:rsidRPr="00A22248">
        <w:rPr>
          <w:rFonts w:ascii="Segoe UI Symbol" w:hAnsi="Segoe UI Symbol" w:cs="Segoe UI Symbol"/>
        </w:rPr>
        <w:t>☐</w:t>
      </w:r>
      <w:r w:rsidRPr="00A22248">
        <w:rPr>
          <w:rFonts w:ascii="Arial" w:hAnsi="Arial" w:cs="Arial"/>
        </w:rPr>
        <w:t xml:space="preserve"> Prefer not to say</w:t>
      </w:r>
    </w:p>
    <w:p w14:paraId="1A77A8FE" w14:textId="77777777" w:rsidR="00252E5E" w:rsidRPr="00A22248" w:rsidRDefault="00000000">
      <w:pPr>
        <w:rPr>
          <w:rFonts w:ascii="Arial" w:hAnsi="Arial" w:cs="Arial"/>
        </w:rPr>
      </w:pPr>
      <w:r w:rsidRPr="00A22248">
        <w:rPr>
          <w:rFonts w:ascii="Arial" w:hAnsi="Arial" w:cs="Arial"/>
          <w:b/>
        </w:rPr>
        <w:t>Sexual orientation</w:t>
      </w:r>
    </w:p>
    <w:p w14:paraId="7B9AEB4A" w14:textId="77777777" w:rsidR="00252E5E" w:rsidRPr="00A22248" w:rsidRDefault="00000000">
      <w:pPr>
        <w:rPr>
          <w:rFonts w:ascii="Arial" w:hAnsi="Arial" w:cs="Arial"/>
        </w:rPr>
      </w:pPr>
      <w:r w:rsidRPr="00A22248">
        <w:rPr>
          <w:rFonts w:ascii="Segoe UI Symbol" w:hAnsi="Segoe UI Symbol" w:cs="Segoe UI Symbol"/>
        </w:rPr>
        <w:t>☐</w:t>
      </w:r>
      <w:r w:rsidRPr="00A22248">
        <w:rPr>
          <w:rFonts w:ascii="Arial" w:hAnsi="Arial" w:cs="Arial"/>
        </w:rPr>
        <w:t xml:space="preserve"> Bisexual     </w:t>
      </w:r>
      <w:r w:rsidRPr="00A22248">
        <w:rPr>
          <w:rFonts w:ascii="Segoe UI Symbol" w:hAnsi="Segoe UI Symbol" w:cs="Segoe UI Symbol"/>
        </w:rPr>
        <w:t>☐</w:t>
      </w:r>
      <w:r w:rsidRPr="00A22248">
        <w:rPr>
          <w:rFonts w:ascii="Arial" w:hAnsi="Arial" w:cs="Arial"/>
        </w:rPr>
        <w:t xml:space="preserve"> Gay or lesbian     </w:t>
      </w:r>
      <w:r w:rsidRPr="00A22248">
        <w:rPr>
          <w:rFonts w:ascii="Segoe UI Symbol" w:hAnsi="Segoe UI Symbol" w:cs="Segoe UI Symbol"/>
        </w:rPr>
        <w:t>☐</w:t>
      </w:r>
      <w:r w:rsidRPr="00A22248">
        <w:rPr>
          <w:rFonts w:ascii="Arial" w:hAnsi="Arial" w:cs="Arial"/>
        </w:rPr>
        <w:t xml:space="preserve"> Heterosexual or straight     </w:t>
      </w:r>
      <w:r w:rsidRPr="00A22248">
        <w:rPr>
          <w:rFonts w:ascii="Segoe UI Symbol" w:hAnsi="Segoe UI Symbol" w:cs="Segoe UI Symbol"/>
        </w:rPr>
        <w:t>☐</w:t>
      </w:r>
      <w:r w:rsidRPr="00A22248">
        <w:rPr>
          <w:rFonts w:ascii="Arial" w:hAnsi="Arial" w:cs="Arial"/>
        </w:rPr>
        <w:t xml:space="preserve"> Other sexual orientation     </w:t>
      </w:r>
      <w:r w:rsidRPr="00A22248">
        <w:rPr>
          <w:rFonts w:ascii="Segoe UI Symbol" w:hAnsi="Segoe UI Symbol" w:cs="Segoe UI Symbol"/>
        </w:rPr>
        <w:t>☐</w:t>
      </w:r>
      <w:r w:rsidRPr="00A22248">
        <w:rPr>
          <w:rFonts w:ascii="Arial" w:hAnsi="Arial" w:cs="Arial"/>
        </w:rPr>
        <w:t xml:space="preserve"> Prefer not to say</w:t>
      </w:r>
    </w:p>
    <w:p w14:paraId="01417FFB" w14:textId="77777777" w:rsidR="00252E5E" w:rsidRPr="00A22248" w:rsidRDefault="00252E5E">
      <w:pPr>
        <w:rPr>
          <w:rFonts w:ascii="Arial" w:hAnsi="Arial" w:cs="Arial"/>
        </w:rPr>
        <w:sectPr w:rsidR="00252E5E" w:rsidRPr="00A22248">
          <w:pgSz w:w="12240" w:h="15840"/>
          <w:pgMar w:top="936" w:right="1008" w:bottom="936" w:left="1008" w:header="720" w:footer="720" w:gutter="0"/>
          <w:cols w:space="720"/>
          <w:docGrid w:linePitch="360"/>
        </w:sectPr>
      </w:pPr>
    </w:p>
    <w:p w14:paraId="48D76AAB" w14:textId="77777777" w:rsidR="00252E5E" w:rsidRPr="00A22248" w:rsidRDefault="00000000">
      <w:pPr>
        <w:pStyle w:val="Heading1"/>
        <w:rPr>
          <w:rFonts w:ascii="Arial" w:hAnsi="Arial" w:cs="Arial"/>
        </w:rPr>
      </w:pPr>
      <w:r w:rsidRPr="00A22248">
        <w:rPr>
          <w:rFonts w:ascii="Arial" w:hAnsi="Arial" w:cs="Arial"/>
        </w:rPr>
        <w:lastRenderedPageBreak/>
        <w:t>Confidential Criminal Record Declaration</w:t>
      </w:r>
    </w:p>
    <w:p w14:paraId="4AFBB9C8" w14:textId="77777777" w:rsidR="00252E5E" w:rsidRPr="00A22248" w:rsidRDefault="00252E5E">
      <w:pPr>
        <w:rPr>
          <w:rFonts w:ascii="Arial" w:hAnsi="Arial" w:cs="Arial"/>
        </w:rPr>
      </w:pPr>
    </w:p>
    <w:tbl>
      <w:tblPr>
        <w:tblW w:w="0" w:type="auto"/>
        <w:jc w:val="center"/>
        <w:tblLook w:val="04A0" w:firstRow="1" w:lastRow="0" w:firstColumn="1" w:lastColumn="0" w:noHBand="0" w:noVBand="1"/>
      </w:tblPr>
      <w:tblGrid>
        <w:gridCol w:w="10204"/>
      </w:tblGrid>
      <w:tr w:rsidR="00252E5E" w:rsidRPr="00A22248" w14:paraId="144F9696" w14:textId="77777777" w:rsidTr="00A22248">
        <w:trPr>
          <w:jc w:val="center"/>
        </w:trPr>
        <w:tc>
          <w:tcPr>
            <w:tcW w:w="10311" w:type="dxa"/>
            <w:tcBorders>
              <w:top w:val="single" w:sz="8" w:space="0" w:color="9DC3D4"/>
              <w:left w:val="single" w:sz="8" w:space="0" w:color="9DC3D4"/>
              <w:bottom w:val="single" w:sz="8" w:space="0" w:color="9DC3D4"/>
              <w:right w:val="single" w:sz="8" w:space="0" w:color="9DC3D4"/>
            </w:tcBorders>
            <w:shd w:val="clear" w:color="auto" w:fill="EAF3F8"/>
            <w:tcMar>
              <w:top w:w="140" w:type="dxa"/>
              <w:left w:w="160" w:type="dxa"/>
              <w:bottom w:w="140" w:type="dxa"/>
              <w:right w:w="160" w:type="dxa"/>
            </w:tcMar>
          </w:tcPr>
          <w:p w14:paraId="7D134B4F" w14:textId="77777777" w:rsidR="00A22248" w:rsidRDefault="00000000">
            <w:pPr>
              <w:rPr>
                <w:rFonts w:ascii="Arial" w:hAnsi="Arial" w:cs="Arial"/>
              </w:rPr>
            </w:pPr>
            <w:r w:rsidRPr="00A22248">
              <w:rPr>
                <w:rFonts w:ascii="Arial" w:hAnsi="Arial" w:cs="Arial"/>
                <w:b/>
                <w:color w:val="1F4E79"/>
              </w:rPr>
              <w:t xml:space="preserve">Important: </w:t>
            </w:r>
            <w:r w:rsidRPr="00A22248">
              <w:rPr>
                <w:rFonts w:ascii="Arial" w:hAnsi="Arial" w:cs="Arial"/>
              </w:rPr>
              <w:t xml:space="preserve">Do not disclose convictions, cautions, reprimands or warnings that are protected or filtered </w:t>
            </w:r>
          </w:p>
          <w:p w14:paraId="36130FBD" w14:textId="17038508" w:rsidR="00252E5E" w:rsidRPr="00A22248" w:rsidRDefault="00000000">
            <w:pPr>
              <w:rPr>
                <w:rFonts w:ascii="Arial" w:hAnsi="Arial" w:cs="Arial"/>
              </w:rPr>
            </w:pPr>
            <w:r w:rsidRPr="00A22248">
              <w:rPr>
                <w:rFonts w:ascii="Arial" w:hAnsi="Arial" w:cs="Arial"/>
              </w:rPr>
              <w:t>under current DBS rules. If you are unsure, you may seek independent advice before completing this form.</w:t>
            </w:r>
          </w:p>
        </w:tc>
      </w:tr>
    </w:tbl>
    <w:p w14:paraId="4C50B290" w14:textId="77777777" w:rsidR="00252E5E" w:rsidRPr="00A22248" w:rsidRDefault="00252E5E">
      <w:pPr>
        <w:rPr>
          <w:rFonts w:ascii="Arial" w:hAnsi="Arial" w:cs="Arial"/>
        </w:rPr>
      </w:pPr>
    </w:p>
    <w:tbl>
      <w:tblPr>
        <w:tblW w:w="0" w:type="auto"/>
        <w:tblLook w:val="04A0" w:firstRow="1" w:lastRow="0" w:firstColumn="1" w:lastColumn="0" w:noHBand="0" w:noVBand="1"/>
      </w:tblPr>
      <w:tblGrid>
        <w:gridCol w:w="5108"/>
        <w:gridCol w:w="5106"/>
      </w:tblGrid>
      <w:tr w:rsidR="00252E5E" w:rsidRPr="00A22248" w14:paraId="59BDE949"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4EDF0F62" w14:textId="77777777" w:rsidR="00252E5E" w:rsidRPr="00A22248" w:rsidRDefault="00000000">
            <w:pPr>
              <w:rPr>
                <w:rFonts w:ascii="Arial" w:hAnsi="Arial" w:cs="Arial"/>
              </w:rPr>
            </w:pPr>
            <w:r w:rsidRPr="00A22248">
              <w:rPr>
                <w:rFonts w:ascii="Arial" w:hAnsi="Arial" w:cs="Arial"/>
                <w:b/>
              </w:rPr>
              <w:t>Applicant name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E5E10F8" w14:textId="77777777" w:rsidR="00252E5E" w:rsidRPr="00A22248" w:rsidRDefault="00252E5E">
            <w:pPr>
              <w:rPr>
                <w:rFonts w:ascii="Arial" w:hAnsi="Arial" w:cs="Arial"/>
              </w:rPr>
            </w:pPr>
          </w:p>
        </w:tc>
      </w:tr>
      <w:tr w:rsidR="00252E5E" w:rsidRPr="00A22248" w14:paraId="7267610E"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65AB84A3" w14:textId="77777777" w:rsidR="00252E5E" w:rsidRPr="00A22248" w:rsidRDefault="00000000">
            <w:pPr>
              <w:rPr>
                <w:rFonts w:ascii="Arial" w:hAnsi="Arial" w:cs="Arial"/>
              </w:rPr>
            </w:pPr>
            <w:r w:rsidRPr="00A22248">
              <w:rPr>
                <w:rFonts w:ascii="Arial" w:hAnsi="Arial" w:cs="Arial"/>
                <w:b/>
              </w:rPr>
              <w:t>Post applied for</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00C495F" w14:textId="77777777" w:rsidR="00252E5E" w:rsidRPr="00A22248" w:rsidRDefault="00252E5E">
            <w:pPr>
              <w:rPr>
                <w:rFonts w:ascii="Arial" w:hAnsi="Arial" w:cs="Arial"/>
              </w:rPr>
            </w:pPr>
          </w:p>
        </w:tc>
      </w:tr>
      <w:tr w:rsidR="00252E5E" w:rsidRPr="00A22248" w14:paraId="42E4BED0"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030341FD" w14:textId="77777777" w:rsidR="00252E5E" w:rsidRPr="00A22248" w:rsidRDefault="00000000">
            <w:pPr>
              <w:rPr>
                <w:rFonts w:ascii="Arial" w:hAnsi="Arial" w:cs="Arial"/>
              </w:rPr>
            </w:pPr>
            <w:r w:rsidRPr="00A22248">
              <w:rPr>
                <w:rFonts w:ascii="Arial" w:hAnsi="Arial" w:cs="Arial"/>
                <w:b/>
              </w:rPr>
              <w:t>Role eligibility confirmed by employer</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F073764" w14:textId="77777777" w:rsidR="00252E5E" w:rsidRPr="00A22248" w:rsidRDefault="00000000">
            <w:pPr>
              <w:rPr>
                <w:rFonts w:ascii="Arial" w:hAnsi="Arial" w:cs="Arial"/>
              </w:rPr>
            </w:pPr>
            <w:r w:rsidRPr="00A22248">
              <w:rPr>
                <w:rFonts w:ascii="Segoe UI Symbol" w:hAnsi="Segoe UI Symbol" w:cs="Segoe UI Symbol"/>
                <w:i/>
                <w:color w:val="5F5F5F"/>
                <w:sz w:val="18"/>
              </w:rPr>
              <w:t>☐</w:t>
            </w:r>
            <w:r w:rsidRPr="00A22248">
              <w:rPr>
                <w:rFonts w:ascii="Arial" w:hAnsi="Arial" w:cs="Arial"/>
                <w:i/>
                <w:color w:val="5F5F5F"/>
                <w:sz w:val="18"/>
              </w:rPr>
              <w:t xml:space="preserve"> Basic DBS    </w:t>
            </w:r>
            <w:r w:rsidRPr="00A22248">
              <w:rPr>
                <w:rFonts w:ascii="Segoe UI Symbol" w:hAnsi="Segoe UI Symbol" w:cs="Segoe UI Symbol"/>
                <w:i/>
                <w:color w:val="5F5F5F"/>
                <w:sz w:val="18"/>
              </w:rPr>
              <w:t>☐</w:t>
            </w:r>
            <w:r w:rsidRPr="00A22248">
              <w:rPr>
                <w:rFonts w:ascii="Arial" w:hAnsi="Arial" w:cs="Arial"/>
                <w:i/>
                <w:color w:val="5F5F5F"/>
                <w:sz w:val="18"/>
              </w:rPr>
              <w:t xml:space="preserve"> Standard DBS    </w:t>
            </w:r>
            <w:r w:rsidRPr="00A22248">
              <w:rPr>
                <w:rFonts w:ascii="Segoe UI Symbol" w:hAnsi="Segoe UI Symbol" w:cs="Segoe UI Symbol"/>
                <w:i/>
                <w:color w:val="5F5F5F"/>
                <w:sz w:val="18"/>
              </w:rPr>
              <w:t>☐</w:t>
            </w:r>
            <w:r w:rsidRPr="00A22248">
              <w:rPr>
                <w:rFonts w:ascii="Arial" w:hAnsi="Arial" w:cs="Arial"/>
                <w:i/>
                <w:color w:val="5F5F5F"/>
                <w:sz w:val="18"/>
              </w:rPr>
              <w:t xml:space="preserve"> Enhanced DBS    </w:t>
            </w:r>
            <w:r w:rsidRPr="00A22248">
              <w:rPr>
                <w:rFonts w:ascii="Segoe UI Symbol" w:hAnsi="Segoe UI Symbol" w:cs="Segoe UI Symbol"/>
                <w:i/>
                <w:color w:val="5F5F5F"/>
                <w:sz w:val="18"/>
              </w:rPr>
              <w:t>☐</w:t>
            </w:r>
            <w:r w:rsidRPr="00A22248">
              <w:rPr>
                <w:rFonts w:ascii="Arial" w:hAnsi="Arial" w:cs="Arial"/>
                <w:i/>
                <w:color w:val="5F5F5F"/>
                <w:sz w:val="18"/>
              </w:rPr>
              <w:t xml:space="preserve"> Enhanced with barred list check    </w:t>
            </w:r>
            <w:r w:rsidRPr="00A22248">
              <w:rPr>
                <w:rFonts w:ascii="Segoe UI Symbol" w:hAnsi="Segoe UI Symbol" w:cs="Segoe UI Symbol"/>
                <w:i/>
                <w:color w:val="5F5F5F"/>
                <w:sz w:val="18"/>
              </w:rPr>
              <w:t>☐</w:t>
            </w:r>
            <w:r w:rsidRPr="00A22248">
              <w:rPr>
                <w:rFonts w:ascii="Arial" w:hAnsi="Arial" w:cs="Arial"/>
                <w:i/>
                <w:color w:val="5F5F5F"/>
                <w:sz w:val="18"/>
              </w:rPr>
              <w:t xml:space="preserve"> Not applicable</w:t>
            </w:r>
          </w:p>
        </w:tc>
      </w:tr>
      <w:tr w:rsidR="00252E5E" w:rsidRPr="00A22248" w14:paraId="68E82432"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5C7906FB" w14:textId="77777777" w:rsidR="00252E5E" w:rsidRPr="00A22248" w:rsidRDefault="00000000">
            <w:pPr>
              <w:rPr>
                <w:rFonts w:ascii="Arial" w:hAnsi="Arial" w:cs="Arial"/>
              </w:rPr>
            </w:pPr>
            <w:r w:rsidRPr="00A22248">
              <w:rPr>
                <w:rFonts w:ascii="Arial" w:hAnsi="Arial" w:cs="Arial"/>
                <w:b/>
              </w:rPr>
              <w:t>Do you have any relevant criminal record information to declare that is not protected/filtered?</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2A0DA7B9" w14:textId="77777777" w:rsidR="00252E5E" w:rsidRPr="00A22248" w:rsidRDefault="00000000">
            <w:pPr>
              <w:rPr>
                <w:rFonts w:ascii="Arial" w:hAnsi="Arial" w:cs="Arial"/>
              </w:rPr>
            </w:pPr>
            <w:r w:rsidRPr="00A22248">
              <w:rPr>
                <w:rFonts w:ascii="Segoe UI Symbol" w:hAnsi="Segoe UI Symbol" w:cs="Segoe UI Symbol"/>
                <w:i/>
                <w:color w:val="5F5F5F"/>
                <w:sz w:val="18"/>
              </w:rPr>
              <w:t>☐</w:t>
            </w:r>
            <w:r w:rsidRPr="00A22248">
              <w:rPr>
                <w:rFonts w:ascii="Arial" w:hAnsi="Arial" w:cs="Arial"/>
                <w:i/>
                <w:color w:val="5F5F5F"/>
                <w:sz w:val="18"/>
              </w:rPr>
              <w:t xml:space="preserve"> Yes    </w:t>
            </w:r>
            <w:r w:rsidRPr="00A22248">
              <w:rPr>
                <w:rFonts w:ascii="Segoe UI Symbol" w:hAnsi="Segoe UI Symbol" w:cs="Segoe UI Symbol"/>
                <w:i/>
                <w:color w:val="5F5F5F"/>
                <w:sz w:val="18"/>
              </w:rPr>
              <w:t>☐</w:t>
            </w:r>
            <w:r w:rsidRPr="00A22248">
              <w:rPr>
                <w:rFonts w:ascii="Arial" w:hAnsi="Arial" w:cs="Arial"/>
                <w:i/>
                <w:color w:val="5F5F5F"/>
                <w:sz w:val="18"/>
              </w:rPr>
              <w:t xml:space="preserve"> No</w:t>
            </w:r>
          </w:p>
        </w:tc>
      </w:tr>
      <w:tr w:rsidR="00252E5E" w:rsidRPr="00A22248" w14:paraId="153BBBE2"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2CC170A6" w14:textId="77777777" w:rsidR="00252E5E" w:rsidRPr="00A22248" w:rsidRDefault="00000000">
            <w:pPr>
              <w:rPr>
                <w:rFonts w:ascii="Arial" w:hAnsi="Arial" w:cs="Arial"/>
              </w:rPr>
            </w:pPr>
            <w:r w:rsidRPr="00A22248">
              <w:rPr>
                <w:rFonts w:ascii="Arial" w:hAnsi="Arial" w:cs="Arial"/>
                <w:b/>
              </w:rPr>
              <w:t>If yes, please provide details</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140B6C05" w14:textId="77777777" w:rsidR="00252E5E" w:rsidRPr="00A22248" w:rsidRDefault="00000000">
            <w:pPr>
              <w:rPr>
                <w:rFonts w:ascii="Arial" w:hAnsi="Arial" w:cs="Arial"/>
              </w:rPr>
            </w:pP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rPr>
              <w:br/>
            </w:r>
            <w:r w:rsidRPr="00A22248">
              <w:rPr>
                <w:rFonts w:ascii="Arial" w:hAnsi="Arial" w:cs="Arial"/>
                <w:i/>
                <w:color w:val="5F5F5F"/>
                <w:sz w:val="18"/>
              </w:rPr>
              <w:t>Include nature of offence, date and any relevant context. Continue on a separate sheet if needed.</w:t>
            </w:r>
          </w:p>
        </w:tc>
      </w:tr>
    </w:tbl>
    <w:p w14:paraId="2FA38C31" w14:textId="77777777" w:rsidR="00252E5E" w:rsidRPr="00A22248" w:rsidRDefault="00000000">
      <w:pPr>
        <w:rPr>
          <w:rFonts w:ascii="Arial" w:hAnsi="Arial" w:cs="Arial"/>
        </w:rPr>
      </w:pPr>
      <w:r w:rsidRPr="00A22248">
        <w:rPr>
          <w:rFonts w:ascii="Arial" w:hAnsi="Arial" w:cs="Arial"/>
        </w:rPr>
        <w:t>A criminal record will not automatically prevent appointment. Any information declared will be considered fairly, proportionately and in relation to the duties and safeguarding requirements of the role.</w:t>
      </w:r>
    </w:p>
    <w:tbl>
      <w:tblPr>
        <w:tblW w:w="0" w:type="auto"/>
        <w:tblLook w:val="04A0" w:firstRow="1" w:lastRow="0" w:firstColumn="1" w:lastColumn="0" w:noHBand="0" w:noVBand="1"/>
      </w:tblPr>
      <w:tblGrid>
        <w:gridCol w:w="5107"/>
        <w:gridCol w:w="5107"/>
      </w:tblGrid>
      <w:tr w:rsidR="00252E5E" w:rsidRPr="00A22248" w14:paraId="6A02EDEB"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30460B65" w14:textId="77777777" w:rsidR="00252E5E" w:rsidRPr="00A22248" w:rsidRDefault="00000000">
            <w:pPr>
              <w:rPr>
                <w:rFonts w:ascii="Arial" w:hAnsi="Arial" w:cs="Arial"/>
              </w:rPr>
            </w:pPr>
            <w:r w:rsidRPr="00A22248">
              <w:rPr>
                <w:rFonts w:ascii="Arial" w:hAnsi="Arial" w:cs="Arial"/>
                <w:b/>
              </w:rPr>
              <w:t>Applicant signature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0A2FE222" w14:textId="77777777" w:rsidR="00252E5E" w:rsidRPr="00A22248" w:rsidRDefault="00000000">
            <w:pPr>
              <w:rPr>
                <w:rFonts w:ascii="Arial" w:hAnsi="Arial" w:cs="Arial"/>
              </w:rPr>
            </w:pPr>
            <w:r w:rsidRPr="00A22248">
              <w:rPr>
                <w:rFonts w:ascii="Arial" w:hAnsi="Arial" w:cs="Arial"/>
                <w:i/>
                <w:color w:val="5F5F5F"/>
                <w:sz w:val="18"/>
              </w:rPr>
              <w:t>Typed name is acceptable if submitting electronically</w:t>
            </w:r>
          </w:p>
        </w:tc>
      </w:tr>
      <w:tr w:rsidR="00252E5E" w:rsidRPr="00A22248" w14:paraId="6DB72EA3" w14:textId="77777777">
        <w:tc>
          <w:tcPr>
            <w:tcW w:w="5112" w:type="dxa"/>
            <w:tcBorders>
              <w:top w:val="single" w:sz="4" w:space="0" w:color="D9E2EC"/>
              <w:left w:val="single" w:sz="4" w:space="0" w:color="D9E2EC"/>
              <w:bottom w:val="single" w:sz="4" w:space="0" w:color="D9E2EC"/>
              <w:right w:val="single" w:sz="4" w:space="0" w:color="D9E2EC"/>
            </w:tcBorders>
            <w:shd w:val="clear" w:color="auto" w:fill="F4F7FA"/>
            <w:tcMar>
              <w:top w:w="90" w:type="dxa"/>
              <w:left w:w="110" w:type="dxa"/>
              <w:bottom w:w="90" w:type="dxa"/>
              <w:right w:w="110" w:type="dxa"/>
            </w:tcMar>
            <w:vAlign w:val="center"/>
          </w:tcPr>
          <w:p w14:paraId="0D6E39B9" w14:textId="77777777" w:rsidR="00252E5E" w:rsidRPr="00A22248" w:rsidRDefault="00000000">
            <w:pPr>
              <w:rPr>
                <w:rFonts w:ascii="Arial" w:hAnsi="Arial" w:cs="Arial"/>
              </w:rPr>
            </w:pPr>
            <w:r w:rsidRPr="00A22248">
              <w:rPr>
                <w:rFonts w:ascii="Arial" w:hAnsi="Arial" w:cs="Arial"/>
                <w:b/>
              </w:rPr>
              <w:t>Date</w:t>
            </w:r>
          </w:p>
        </w:tc>
        <w:tc>
          <w:tcPr>
            <w:tcW w:w="5112" w:type="dxa"/>
            <w:tcBorders>
              <w:top w:val="single" w:sz="4" w:space="0" w:color="D9E2EC"/>
              <w:left w:val="single" w:sz="4" w:space="0" w:color="D9E2EC"/>
              <w:bottom w:val="single" w:sz="4" w:space="0" w:color="D9E2EC"/>
              <w:right w:val="single" w:sz="4" w:space="0" w:color="D9E2EC"/>
            </w:tcBorders>
            <w:tcMar>
              <w:top w:w="90" w:type="dxa"/>
              <w:left w:w="110" w:type="dxa"/>
              <w:bottom w:w="90" w:type="dxa"/>
              <w:right w:w="110" w:type="dxa"/>
            </w:tcMar>
            <w:vAlign w:val="center"/>
          </w:tcPr>
          <w:p w14:paraId="58A93084" w14:textId="77777777" w:rsidR="00252E5E" w:rsidRPr="00A22248" w:rsidRDefault="00252E5E">
            <w:pPr>
              <w:rPr>
                <w:rFonts w:ascii="Arial" w:hAnsi="Arial" w:cs="Arial"/>
              </w:rPr>
            </w:pPr>
          </w:p>
        </w:tc>
      </w:tr>
    </w:tbl>
    <w:p w14:paraId="278518A1" w14:textId="77777777" w:rsidR="00252E5E" w:rsidRPr="00A22248" w:rsidRDefault="00252E5E">
      <w:pPr>
        <w:rPr>
          <w:rFonts w:ascii="Arial" w:hAnsi="Arial" w:cs="Arial"/>
        </w:rPr>
        <w:sectPr w:rsidR="00252E5E" w:rsidRPr="00A22248">
          <w:pgSz w:w="12240" w:h="15840"/>
          <w:pgMar w:top="936" w:right="1008" w:bottom="936" w:left="1008" w:header="720" w:footer="720" w:gutter="0"/>
          <w:cols w:space="720"/>
          <w:docGrid w:linePitch="360"/>
        </w:sectPr>
      </w:pPr>
    </w:p>
    <w:p w14:paraId="5F3EFEDA" w14:textId="77777777" w:rsidR="00B479FC" w:rsidRPr="00A22248" w:rsidRDefault="00B479FC" w:rsidP="004A1862">
      <w:pPr>
        <w:pStyle w:val="Heading1"/>
        <w:rPr>
          <w:rFonts w:ascii="Arial" w:hAnsi="Arial" w:cs="Arial"/>
        </w:rPr>
      </w:pPr>
    </w:p>
    <w:sectPr w:rsidR="00B479FC" w:rsidRPr="00A22248" w:rsidSect="000346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F101C" w14:textId="77777777" w:rsidR="00B479FC" w:rsidRDefault="00B479FC">
      <w:pPr>
        <w:spacing w:after="0" w:line="240" w:lineRule="auto"/>
      </w:pPr>
      <w:r>
        <w:separator/>
      </w:r>
    </w:p>
  </w:endnote>
  <w:endnote w:type="continuationSeparator" w:id="0">
    <w:p w14:paraId="084F7608" w14:textId="77777777" w:rsidR="00B479FC" w:rsidRDefault="00B47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A2B4" w14:textId="77777777" w:rsidR="00252E5E" w:rsidRDefault="00000000">
    <w:pPr>
      <w:pStyle w:val="Footer"/>
      <w:jc w:val="center"/>
    </w:pPr>
    <w:r>
      <w:rPr>
        <w:color w:val="646464"/>
        <w:sz w:val="16"/>
      </w:rPr>
      <w:t>[Charity name] | Recruitment application template | Confidential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36D55" w14:textId="77777777" w:rsidR="00B479FC" w:rsidRDefault="00B479FC">
      <w:pPr>
        <w:spacing w:after="0" w:line="240" w:lineRule="auto"/>
      </w:pPr>
      <w:r>
        <w:separator/>
      </w:r>
    </w:p>
  </w:footnote>
  <w:footnote w:type="continuationSeparator" w:id="0">
    <w:p w14:paraId="2DF45150" w14:textId="77777777" w:rsidR="00B479FC" w:rsidRDefault="00B47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757B" w14:textId="1ED5955C" w:rsidR="00A22248" w:rsidRDefault="00A22248">
    <w:pPr>
      <w:pStyle w:val="Header"/>
    </w:pPr>
    <w:r>
      <w:tab/>
    </w:r>
    <w:r>
      <w:tab/>
      <w:t xml:space="preserve">   </w:t>
    </w:r>
    <w:r>
      <w:object w:dxaOrig="14657" w:dyaOrig="5491" w14:anchorId="4F01D6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42.75pt">
          <v:imagedata r:id="rId1" o:title=""/>
        </v:shape>
        <o:OLEObject Type="Embed" ProgID="MSPhotoEd.3" ShapeID="_x0000_i1025" DrawAspect="Content" ObjectID="_184563031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0460298">
    <w:abstractNumId w:val="8"/>
  </w:num>
  <w:num w:numId="2" w16cid:durableId="660352302">
    <w:abstractNumId w:val="6"/>
  </w:num>
  <w:num w:numId="3" w16cid:durableId="1351567013">
    <w:abstractNumId w:val="5"/>
  </w:num>
  <w:num w:numId="4" w16cid:durableId="1977367371">
    <w:abstractNumId w:val="4"/>
  </w:num>
  <w:num w:numId="5" w16cid:durableId="1663312287">
    <w:abstractNumId w:val="7"/>
  </w:num>
  <w:num w:numId="6" w16cid:durableId="446775379">
    <w:abstractNumId w:val="3"/>
  </w:num>
  <w:num w:numId="7" w16cid:durableId="39942425">
    <w:abstractNumId w:val="2"/>
  </w:num>
  <w:num w:numId="8" w16cid:durableId="1945577633">
    <w:abstractNumId w:val="1"/>
  </w:num>
  <w:num w:numId="9" w16cid:durableId="138663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62A0"/>
    <w:rsid w:val="00252E5E"/>
    <w:rsid w:val="0029639D"/>
    <w:rsid w:val="00326F90"/>
    <w:rsid w:val="004A1862"/>
    <w:rsid w:val="00A22248"/>
    <w:rsid w:val="00AA1D8D"/>
    <w:rsid w:val="00B47730"/>
    <w:rsid w:val="00B479F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D1B01"/>
  <w14:defaultImageDpi w14:val="300"/>
  <w15:docId w15:val="{4D97F184-06D8-495C-8794-82383687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49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22248"/>
    <w:rPr>
      <w:color w:val="0000FF" w:themeColor="hyperlink"/>
      <w:u w:val="single"/>
    </w:rPr>
  </w:style>
  <w:style w:type="character" w:styleId="UnresolvedMention">
    <w:name w:val="Unresolved Mention"/>
    <w:basedOn w:val="DefaultParagraphFont"/>
    <w:uiPriority w:val="99"/>
    <w:semiHidden/>
    <w:unhideWhenUsed/>
    <w:rsid w:val="00A22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northernlearningtrust.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Smith</dc:creator>
  <cp:keywords/>
  <dc:description>generated by python-docx</dc:description>
  <cp:lastModifiedBy>NLT 365 B</cp:lastModifiedBy>
  <cp:revision>3</cp:revision>
  <dcterms:created xsi:type="dcterms:W3CDTF">2026-07-15T13:17:00Z</dcterms:created>
  <dcterms:modified xsi:type="dcterms:W3CDTF">2026-07-15T13:19:00Z</dcterms:modified>
  <cp:category/>
</cp:coreProperties>
</file>